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autofit"/>
        <w:tblLook w:firstColumn="1" w:firstRow="1" w:lastColumn="0" w:lastRow="0" w:noHBand="0" w:noVBand="1" w:val="04A0"/>
      </w:tblPr>
      <w:tblGrid>
        <w:gridCol w:w="9360"/>
      </w:tblGrid>
      <w:tr>
        <w:tc>
          <w:tcPr>
            <w:tcW w:type="dxa" w:w="9360"/>
            <w:tcBorders>
              <w:top w:val="single" w:sz="8" w:color="B00000"/>
              <w:left w:val="single" w:sz="8" w:color="B00000"/>
              <w:bottom w:val="single" w:sz="8" w:color="B00000"/>
              <w:right w:val="single" w:sz="8" w:color="B00000"/>
            </w:tcBorders>
            <w:shd w:val="clear" w:fill="FDF3F3"/>
          </w:tcPr>
          <w:p>
            <w:pPr>
              <w:spacing w:after="120"/>
            </w:pPr>
            <w:r>
              <w:rPr>
                <w:rFonts w:ascii="Georgia" w:hAnsi="Georgia" w:cs="Georgia" w:eastAsia="Georgia"/>
                <w:b/>
                <w:i w:val="0"/>
                <w:sz w:val="24"/>
                <w:u w:val="none"/>
              </w:rPr>
              <w:t>Settlement Agreement</w:t>
            </w:r>
          </w:p>
          <w:p>
            <w:pPr>
              <w:spacing w:after="120"/>
            </w:pPr>
            <w:r>
              <w:rPr>
                <w:rFonts w:ascii="Georgia" w:hAnsi="Georgia" w:cs="Georgia" w:eastAsia="Georgia"/>
                <w:b w:val="0"/>
                <w:i w:val="0"/>
                <w:sz w:val="21"/>
                <w:u w:val="none"/>
              </w:rPr>
              <w:t>This form is a starting point, not a finished legal document. Court rules vary by state and by county. Some courts require their own official forms instead of, or in addition to, a document like this one. Check your local court's rules before you file anything. This form is an educational tool. It is not legal advice about your situation, and using it does not make anyone your lawyer.</w:t>
            </w:r>
          </w:p>
          <w:p>
            <w:pPr>
              <w:spacing w:after="0"/>
            </w:pPr>
            <w:r>
              <w:rPr>
                <w:rFonts w:ascii="Georgia" w:hAnsi="Georgia" w:cs="Georgia" w:eastAsia="Georgia"/>
                <w:b/>
                <w:i w:val="0"/>
                <w:color w:val="B00000"/>
                <w:sz w:val="21"/>
                <w:u w:val="none"/>
              </w:rPr>
              <w:t>Delete this box before you file or send this document.</w:t>
            </w:r>
          </w:p>
        </w:tc>
      </w:tr>
    </w:tbl>
    <w:p/>
    <w:p>
      <w:pPr>
        <w:spacing w:before="0" w:after="120" w:line="276" w:lineRule="auto"/>
      </w:pPr>
      <w:r>
        <w:rPr>
          <w:rFonts w:ascii="Georgia" w:hAnsi="Georgia" w:cs="Georgia" w:eastAsia="Georgia"/>
          <w:b/>
          <w:i w:val="0"/>
          <w:sz w:val="24"/>
          <w:u w:val="none"/>
        </w:rPr>
        <w:t>SETTLEMENT AGREEMENT AND RELEASE</w:t>
      </w:r>
    </w:p>
    <w:p>
      <w:pPr>
        <w:spacing w:before="0" w:after="120" w:line="276" w:lineRule="auto"/>
      </w:pPr>
    </w:p>
    <w:p>
      <w:pPr>
        <w:spacing w:before="0" w:after="120" w:line="276" w:lineRule="auto"/>
      </w:pPr>
      <w:r>
        <w:rPr>
          <w:rFonts w:ascii="Georgia" w:hAnsi="Georgia" w:cs="Georgia" w:eastAsia="Georgia"/>
          <w:b w:val="0"/>
          <w:i w:val="0"/>
          <w:sz w:val="24"/>
          <w:u w:val="none"/>
        </w:rPr>
        <w:t>This Settlement Agreement ("Agreement") is entered into on [DATE] by and between [PLAINTIFF NAME] ("Plaintiff") and [DEFENDANT NAME] ("Defendant"), collectively the "Parties," regarding the case of [PLAINTIFF NAME] v. [DEFENDANT NAME], Case No. [CASE NUMBER], filed in [NAME OF COURT] (the "Lawsuit").</w:t>
      </w:r>
    </w:p>
    <w:p>
      <w:pPr>
        <w:spacing w:before="0" w:after="120" w:line="276" w:lineRule="auto"/>
      </w:pPr>
    </w:p>
    <w:p>
      <w:pPr>
        <w:spacing w:before="0" w:after="120" w:line="276" w:lineRule="auto"/>
      </w:pPr>
      <w:r>
        <w:rPr>
          <w:rFonts w:ascii="Georgia" w:hAnsi="Georgia" w:cs="Georgia" w:eastAsia="Georgia"/>
          <w:b/>
          <w:i w:val="0"/>
          <w:sz w:val="24"/>
          <w:u w:val="none"/>
        </w:rPr>
        <w:t>1. Payment / Consideration</w:t>
      </w:r>
    </w:p>
    <w:p>
      <w:pPr>
        <w:spacing w:before="0" w:after="120" w:line="276" w:lineRule="auto"/>
      </w:pPr>
      <w:r>
        <w:rPr>
          <w:rFonts w:ascii="Georgia" w:hAnsi="Georgia" w:cs="Georgia" w:eastAsia="Georgia"/>
          <w:b w:val="0"/>
          <w:i w:val="0"/>
          <w:sz w:val="24"/>
          <w:u w:val="none"/>
        </w:rPr>
        <w:t>[DEFENDANT NAME] agrees to pay [PLAINTIFF NAME] the total sum of $[SETTLEMENT AMOUNT], by [PAYMENT METHOD, e.g., cashier's check or money order] on or before [PAYMENT DUE DATE]. [OR describe non-monetary terms, such as repairs, return of property, or services.]</w:t>
      </w:r>
    </w:p>
    <w:p>
      <w:pPr>
        <w:spacing w:before="0" w:after="120" w:line="276" w:lineRule="auto"/>
      </w:pPr>
    </w:p>
    <w:p>
      <w:pPr>
        <w:spacing w:before="0" w:after="120" w:line="276" w:lineRule="auto"/>
      </w:pPr>
      <w:r>
        <w:rPr>
          <w:rFonts w:ascii="Georgia" w:hAnsi="Georgia" w:cs="Georgia" w:eastAsia="Georgia"/>
          <w:b/>
          <w:i w:val="0"/>
          <w:sz w:val="24"/>
          <w:u w:val="none"/>
        </w:rPr>
        <w:t>2. Dismissal of Lawsuit</w:t>
      </w:r>
    </w:p>
    <w:p>
      <w:pPr>
        <w:spacing w:before="0" w:after="120" w:line="276" w:lineRule="auto"/>
      </w:pPr>
      <w:r>
        <w:rPr>
          <w:rFonts w:ascii="Georgia" w:hAnsi="Georgia" w:cs="Georgia" w:eastAsia="Georgia"/>
          <w:b w:val="0"/>
          <w:i w:val="0"/>
          <w:sz w:val="24"/>
          <w:u w:val="none"/>
        </w:rPr>
        <w:t>Within [NUMBER] days of receiving payment in full (or completion of the terms above), Plaintiff agrees to file a dismissal of the Lawsuit with prejudice, meaning the claims in the Lawsuit may not be filed again.</w:t>
      </w:r>
    </w:p>
    <w:p>
      <w:pPr>
        <w:spacing w:before="0" w:after="120" w:line="276" w:lineRule="auto"/>
      </w:pPr>
    </w:p>
    <w:p>
      <w:pPr>
        <w:spacing w:before="0" w:after="120" w:line="276" w:lineRule="auto"/>
      </w:pPr>
      <w:r>
        <w:rPr>
          <w:rFonts w:ascii="Georgia" w:hAnsi="Georgia" w:cs="Georgia" w:eastAsia="Georgia"/>
          <w:b/>
          <w:i w:val="0"/>
          <w:sz w:val="24"/>
          <w:u w:val="none"/>
        </w:rPr>
        <w:t>3. Release of Claims</w:t>
      </w:r>
    </w:p>
    <w:p>
      <w:pPr>
        <w:spacing w:before="0" w:after="120" w:line="276" w:lineRule="auto"/>
      </w:pPr>
      <w:r>
        <w:rPr>
          <w:rFonts w:ascii="Georgia" w:hAnsi="Georgia" w:cs="Georgia" w:eastAsia="Georgia"/>
          <w:b w:val="0"/>
          <w:i w:val="0"/>
          <w:sz w:val="24"/>
          <w:u w:val="none"/>
        </w:rPr>
        <w:t>In exchange for the payment or performance described above, Plaintiff releases and forever discharges Defendant from any and all claims, known or unknown, arising out of the facts described in the Lawsuit. [If mutual: Defendant likewise releases Plaintiff from any related claims, including any counterclaims raised or that could have been raised in the Lawsuit.]</w:t>
      </w:r>
    </w:p>
    <w:p>
      <w:pPr>
        <w:spacing w:before="0" w:after="120" w:line="276" w:lineRule="auto"/>
      </w:pPr>
    </w:p>
    <w:p>
      <w:pPr>
        <w:spacing w:before="0" w:after="120" w:line="276" w:lineRule="auto"/>
      </w:pPr>
      <w:r>
        <w:rPr>
          <w:rFonts w:ascii="Georgia" w:hAnsi="Georgia" w:cs="Georgia" w:eastAsia="Georgia"/>
          <w:b/>
          <w:i w:val="0"/>
          <w:sz w:val="24"/>
          <w:u w:val="none"/>
        </w:rPr>
        <w:t>4. No Admission of Liability</w:t>
      </w:r>
    </w:p>
    <w:p>
      <w:pPr>
        <w:spacing w:before="0" w:after="120" w:line="276" w:lineRule="auto"/>
      </w:pPr>
      <w:r>
        <w:rPr>
          <w:rFonts w:ascii="Georgia" w:hAnsi="Georgia" w:cs="Georgia" w:eastAsia="Georgia"/>
          <w:b w:val="0"/>
          <w:i w:val="0"/>
          <w:sz w:val="24"/>
          <w:u w:val="none"/>
        </w:rPr>
        <w:t>This Agreement is a compromise of disputed claims. Nothing in this Agreement is an admission of fault or liability by either Party.</w:t>
      </w:r>
    </w:p>
    <w:p>
      <w:pPr>
        <w:spacing w:before="0" w:after="120" w:line="276" w:lineRule="auto"/>
      </w:pPr>
    </w:p>
    <w:p>
      <w:pPr>
        <w:spacing w:before="0" w:after="120" w:line="276" w:lineRule="auto"/>
      </w:pPr>
      <w:r>
        <w:rPr>
          <w:rFonts w:ascii="Georgia" w:hAnsi="Georgia" w:cs="Georgia" w:eastAsia="Georgia"/>
          <w:b/>
          <w:i w:val="0"/>
          <w:sz w:val="24"/>
          <w:u w:val="none"/>
        </w:rPr>
        <w:t>5. Confidentiality (Optional)</w:t>
      </w:r>
    </w:p>
    <w:p>
      <w:pPr>
        <w:spacing w:before="0" w:after="120" w:line="276" w:lineRule="auto"/>
      </w:pPr>
      <w:r>
        <w:rPr>
          <w:rFonts w:ascii="Georgia" w:hAnsi="Georgia" w:cs="Georgia" w:eastAsia="Georgia"/>
          <w:b w:val="0"/>
          <w:i w:val="0"/>
          <w:sz w:val="24"/>
          <w:u w:val="none"/>
        </w:rPr>
        <w:t>[INCLUDE ONLY IF AGREED: The Parties agree to keep the terms of this settlement confidential, except as required by law or to enforce this Agreement.]</w:t>
      </w:r>
    </w:p>
    <w:p>
      <w:pPr>
        <w:spacing w:before="0" w:after="120" w:line="276" w:lineRule="auto"/>
      </w:pPr>
    </w:p>
    <w:p>
      <w:pPr>
        <w:spacing w:before="0" w:after="120" w:line="276" w:lineRule="auto"/>
      </w:pPr>
      <w:r>
        <w:rPr>
          <w:rFonts w:ascii="Georgia" w:hAnsi="Georgia" w:cs="Georgia" w:eastAsia="Georgia"/>
          <w:b/>
          <w:i w:val="0"/>
          <w:sz w:val="24"/>
          <w:u w:val="none"/>
        </w:rPr>
        <w:t>6. Default</w:t>
      </w:r>
    </w:p>
    <w:p>
      <w:pPr>
        <w:spacing w:before="0" w:after="120" w:line="276" w:lineRule="auto"/>
      </w:pPr>
      <w:r>
        <w:rPr>
          <w:rFonts w:ascii="Georgia" w:hAnsi="Georgia" w:cs="Georgia" w:eastAsia="Georgia"/>
          <w:b w:val="0"/>
          <w:i w:val="0"/>
          <w:sz w:val="24"/>
          <w:u w:val="none"/>
        </w:rPr>
        <w:t>If [DEFENDANT NAME] fails to make payment as agreed, [PLAINTIFF NAME] may [DESCRIBE REMEDY, e.g., file an affidavit of default with the court and seek judgment for the remaining balance plus court costs].</w:t>
      </w:r>
    </w:p>
    <w:p>
      <w:pPr>
        <w:spacing w:before="0" w:after="120" w:line="276" w:lineRule="auto"/>
      </w:pPr>
    </w:p>
    <w:p>
      <w:pPr>
        <w:spacing w:before="0" w:after="120" w:line="276" w:lineRule="auto"/>
      </w:pPr>
      <w:r>
        <w:rPr>
          <w:rFonts w:ascii="Georgia" w:hAnsi="Georgia" w:cs="Georgia" w:eastAsia="Georgia"/>
          <w:b/>
          <w:i w:val="0"/>
          <w:sz w:val="24"/>
          <w:u w:val="none"/>
        </w:rPr>
        <w:t>7. Entire Agreement</w:t>
      </w:r>
    </w:p>
    <w:p>
      <w:pPr>
        <w:spacing w:before="0" w:after="120" w:line="276" w:lineRule="auto"/>
      </w:pPr>
      <w:r>
        <w:rPr>
          <w:rFonts w:ascii="Georgia" w:hAnsi="Georgia" w:cs="Georgia" w:eastAsia="Georgia"/>
          <w:b w:val="0"/>
          <w:i w:val="0"/>
          <w:sz w:val="24"/>
          <w:u w:val="none"/>
        </w:rPr>
        <w:t>This Agreement contains the entire understanding between the Parties regarding this dispute and supersedes any prior discussions or agreements, written or oral.</w:t>
      </w:r>
    </w:p>
    <w:p>
      <w:pPr>
        <w:spacing w:before="0" w:after="120" w:line="276" w:lineRule="auto"/>
      </w:pPr>
    </w:p>
    <w:p>
      <w:pPr>
        <w:spacing w:before="0" w:after="120" w:line="276" w:lineRule="auto"/>
      </w:pPr>
      <w:r>
        <w:rPr>
          <w:rFonts w:ascii="Georgia" w:hAnsi="Georgia" w:cs="Georgia" w:eastAsia="Georgia"/>
          <w:b/>
          <w:i w:val="0"/>
          <w:sz w:val="24"/>
          <w:u w:val="none"/>
        </w:rPr>
        <w:t>8. Governing Law</w:t>
      </w:r>
    </w:p>
    <w:p>
      <w:pPr>
        <w:spacing w:before="0" w:after="120" w:line="276" w:lineRule="auto"/>
      </w:pPr>
      <w:r>
        <w:rPr>
          <w:rFonts w:ascii="Georgia" w:hAnsi="Georgia" w:cs="Georgia" w:eastAsia="Georgia"/>
          <w:b w:val="0"/>
          <w:i w:val="0"/>
          <w:sz w:val="24"/>
          <w:u w:val="none"/>
        </w:rPr>
        <w:t>This Agreement is governed by the laws of the State of [YOUR STATE].</w:t>
      </w:r>
    </w:p>
    <w:p>
      <w:pPr>
        <w:spacing w:before="0" w:after="120" w:line="276" w:lineRule="auto"/>
      </w:pPr>
    </w:p>
    <w:p>
      <w:pPr>
        <w:spacing w:before="0" w:after="120" w:line="276" w:lineRule="auto"/>
      </w:pPr>
      <w:r>
        <w:rPr>
          <w:rFonts w:ascii="Georgia" w:hAnsi="Georgia" w:cs="Georgia" w:eastAsia="Georgia"/>
          <w:b w:val="0"/>
          <w:i w:val="0"/>
          <w:sz w:val="24"/>
          <w:u w:val="none"/>
        </w:rPr>
        <w:t>The Parties have read and understood this Agreement and signed it voluntarily.</w:t>
      </w:r>
    </w:p>
    <w:p>
      <w:pPr>
        <w:spacing w:before="0" w:after="120" w:line="276" w:lineRule="auto"/>
      </w:pPr>
    </w:p>
    <w:p>
      <w:pPr>
        <w:spacing w:before="0" w:after="120" w:line="276" w:lineRule="auto"/>
      </w:pPr>
      <w:r>
        <w:rPr>
          <w:rFonts w:ascii="Georgia" w:hAnsi="Georgia" w:cs="Georgia" w:eastAsia="Georgia"/>
          <w:b w:val="0"/>
          <w:i w:val="0"/>
          <w:sz w:val="24"/>
          <w:u w:val="none"/>
        </w:rPr>
        <w:t>________________________          Date: ________________________</w:t>
      </w:r>
    </w:p>
    <w:p>
      <w:pPr>
        <w:spacing w:before="0" w:after="120" w:line="276" w:lineRule="auto"/>
      </w:pPr>
      <w:r>
        <w:rPr>
          <w:rFonts w:ascii="Georgia" w:hAnsi="Georgia" w:cs="Georgia" w:eastAsia="Georgia"/>
          <w:b w:val="0"/>
          <w:i w:val="0"/>
          <w:sz w:val="24"/>
          <w:u w:val="none"/>
        </w:rPr>
        <w:t>[PLAINTIFF NAME], Plaintiff</w:t>
      </w:r>
    </w:p>
    <w:p>
      <w:pPr>
        <w:spacing w:before="0" w:after="120" w:line="276" w:lineRule="auto"/>
      </w:pPr>
    </w:p>
    <w:p>
      <w:pPr>
        <w:spacing w:before="0" w:after="120" w:line="276" w:lineRule="auto"/>
      </w:pPr>
      <w:r>
        <w:rPr>
          <w:rFonts w:ascii="Georgia" w:hAnsi="Georgia" w:cs="Georgia" w:eastAsia="Georgia"/>
          <w:b w:val="0"/>
          <w:i w:val="0"/>
          <w:sz w:val="24"/>
          <w:u w:val="none"/>
        </w:rPr>
        <w:t>________________________          Date: ________________________</w:t>
      </w:r>
    </w:p>
    <w:p>
      <w:pPr>
        <w:spacing w:before="0" w:after="120" w:line="276" w:lineRule="auto"/>
      </w:pPr>
      <w:r>
        <w:rPr>
          <w:rFonts w:ascii="Georgia" w:hAnsi="Georgia" w:cs="Georgia" w:eastAsia="Georgia"/>
          <w:b w:val="0"/>
          <w:i w:val="0"/>
          <w:sz w:val="24"/>
          <w:u w:val="none"/>
        </w:rPr>
        <w:t>[DEFENDANT NAME], Defendant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eastAsia="Georgi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Settlement Agreement</dc:title>
  <dc:subject/>
  <dc:creator>Tim Wooten</dc:creator>
  <cp:keywords/>
  <dc:description>From SUED: How to Defend Yourself in Small Claims Court Without a Lawyer — and Win. Free form — withoutalawyerpress.com/forms</dc:description>
  <cp:lastModifiedBy/>
  <cp:revision>1</cp:revision>
  <dcterms:created xsi:type="dcterms:W3CDTF">2013-12-23T23:15:00Z</dcterms:created>
  <dcterms:modified xsi:type="dcterms:W3CDTF">2013-12-23T23:15:00Z</dcterms:modified>
  <cp:category/>
</cp:coreProperties>
</file>