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ayout w:type="autofit"/>
        <w:tblLook w:firstColumn="1" w:firstRow="1" w:lastColumn="0" w:lastRow="0" w:noHBand="0" w:noVBand="1" w:val="04A0"/>
      </w:tblPr>
      <w:tblGrid>
        <w:gridCol w:w="9360"/>
      </w:tblGrid>
      <w:tr>
        <w:tc>
          <w:tcPr>
            <w:tcW w:type="dxa" w:w="9360"/>
            <w:tcBorders>
              <w:top w:val="single" w:sz="8" w:color="B00000"/>
              <w:left w:val="single" w:sz="8" w:color="B00000"/>
              <w:bottom w:val="single" w:sz="8" w:color="B00000"/>
              <w:right w:val="single" w:sz="8" w:color="B00000"/>
            </w:tcBorders>
            <w:shd w:val="clear" w:fill="FDF3F3"/>
          </w:tcPr>
          <w:p>
            <w:pPr>
              <w:spacing w:after="120"/>
            </w:pPr>
            <w:r>
              <w:rPr>
                <w:rFonts w:ascii="Georgia" w:hAnsi="Georgia" w:cs="Georgia" w:eastAsia="Georgia"/>
                <w:b/>
                <w:i w:val="0"/>
                <w:sz w:val="24"/>
                <w:u w:val="none"/>
              </w:rPr>
              <w:t>Motion to Dismiss</w:t>
            </w:r>
          </w:p>
          <w:p>
            <w:pPr>
              <w:spacing w:after="120"/>
            </w:pPr>
            <w:r>
              <w:rPr>
                <w:rFonts w:ascii="Georgia" w:hAnsi="Georgia" w:cs="Georgia" w:eastAsia="Georgia"/>
                <w:b w:val="0"/>
                <w:i w:val="0"/>
                <w:sz w:val="21"/>
                <w:u w:val="none"/>
              </w:rPr>
              <w:t>This form is a starting point, not a finished legal document. Court rules vary by state and by county. Some courts require their own official forms instead of, or in addition to, a document like this one. Check your local court's rules before you file anything. This form is an educational tool. It is not legal advice about your situation, and using it does not make anyone your lawyer.</w:t>
            </w:r>
          </w:p>
          <w:p>
            <w:pPr>
              <w:spacing w:after="0"/>
            </w:pPr>
            <w:r>
              <w:rPr>
                <w:rFonts w:ascii="Georgia" w:hAnsi="Georgia" w:cs="Georgia" w:eastAsia="Georgia"/>
                <w:b/>
                <w:i w:val="0"/>
                <w:color w:val="B00000"/>
                <w:sz w:val="21"/>
                <w:u w:val="none"/>
              </w:rPr>
              <w:t>Delete this box before you file or send this document.</w:t>
            </w:r>
          </w:p>
        </w:tc>
      </w:tr>
    </w:tbl>
    <w:p/>
    <w:p>
      <w:pPr>
        <w:spacing w:before="0" w:after="120" w:line="276" w:lineRule="auto"/>
      </w:pPr>
      <w:r>
        <w:rPr>
          <w:rFonts w:ascii="Georgia" w:hAnsi="Georgia" w:cs="Georgia" w:eastAsia="Georgia"/>
          <w:b w:val="0"/>
          <w:i w:val="0"/>
          <w:sz w:val="24"/>
          <w:u w:val="none"/>
        </w:rPr>
        <w:t>[NAME OF COURT]</w:t>
      </w:r>
    </w:p>
    <w:p>
      <w:pPr>
        <w:spacing w:before="0" w:after="120" w:line="276" w:lineRule="auto"/>
      </w:pPr>
      <w:r>
        <w:rPr>
          <w:rFonts w:ascii="Georgia" w:hAnsi="Georgia" w:cs="Georgia" w:eastAsia="Georgia"/>
          <w:b w:val="0"/>
          <w:i w:val="0"/>
          <w:sz w:val="24"/>
          <w:u w:val="none"/>
        </w:rPr>
        <w:t>[COUNTY], [STATE]</w:t>
      </w:r>
    </w:p>
    <w:p>
      <w:pPr>
        <w:spacing w:before="0" w:after="120" w:line="276" w:lineRule="auto"/>
      </w:pPr>
    </w:p>
    <w:p>
      <w:pPr>
        <w:spacing w:before="0" w:after="120" w:line="276" w:lineRule="auto"/>
      </w:pPr>
      <w:r>
        <w:rPr>
          <w:rFonts w:ascii="Georgia" w:hAnsi="Georgia" w:cs="Georgia" w:eastAsia="Georgia"/>
          <w:b w:val="0"/>
          <w:i w:val="0"/>
          <w:sz w:val="24"/>
          <w:u w:val="none"/>
        </w:rPr>
        <w:t>[PLAINTIFF NAME],</w:t>
      </w:r>
    </w:p>
    <w:p>
      <w:pPr>
        <w:spacing w:before="0" w:after="120" w:line="276" w:lineRule="auto"/>
      </w:pPr>
      <w:r>
        <w:rPr>
          <w:rFonts w:ascii="Georgia" w:hAnsi="Georgia" w:cs="Georgia" w:eastAsia="Georgia"/>
          <w:b w:val="0"/>
          <w:i w:val="0"/>
          <w:sz w:val="24"/>
          <w:u w:val="none"/>
        </w:rPr>
        <w:t>Plaintiff,</w:t>
      </w:r>
    </w:p>
    <w:p>
      <w:pPr>
        <w:spacing w:before="0" w:after="120" w:line="276" w:lineRule="auto"/>
      </w:pPr>
      <w:r>
        <w:rPr>
          <w:rFonts w:ascii="Georgia" w:hAnsi="Georgia" w:cs="Georgia" w:eastAsia="Georgia"/>
          <w:b w:val="0"/>
          <w:i w:val="0"/>
          <w:sz w:val="24"/>
          <w:u w:val="none"/>
        </w:rPr>
        <w:t>v.                                              Case No. [CASE NUMBER]</w:t>
      </w:r>
    </w:p>
    <w:p>
      <w:pPr>
        <w:spacing w:before="0" w:after="120" w:line="276" w:lineRule="auto"/>
      </w:pPr>
      <w:r>
        <w:rPr>
          <w:rFonts w:ascii="Georgia" w:hAnsi="Georgia" w:cs="Georgia" w:eastAsia="Georgia"/>
          <w:b w:val="0"/>
          <w:i w:val="0"/>
          <w:sz w:val="24"/>
          <w:u w:val="none"/>
        </w:rPr>
        <w:t>[DEFENDANT NAME],</w:t>
      </w:r>
    </w:p>
    <w:p>
      <w:pPr>
        <w:spacing w:before="0" w:after="120" w:line="276" w:lineRule="auto"/>
      </w:pPr>
      <w:r>
        <w:rPr>
          <w:rFonts w:ascii="Georgia" w:hAnsi="Georgia" w:cs="Georgia" w:eastAsia="Georgia"/>
          <w:b w:val="0"/>
          <w:i w:val="0"/>
          <w:sz w:val="24"/>
          <w:u w:val="none"/>
        </w:rPr>
        <w:t>Defendant.</w:t>
      </w:r>
    </w:p>
    <w:p>
      <w:pPr>
        <w:spacing w:before="0" w:after="120" w:line="276" w:lineRule="auto"/>
      </w:pPr>
    </w:p>
    <w:p>
      <w:pPr>
        <w:spacing w:before="0" w:after="120" w:line="276" w:lineRule="auto"/>
      </w:pPr>
      <w:r>
        <w:rPr>
          <w:rFonts w:ascii="Georgia" w:hAnsi="Georgia" w:cs="Georgia" w:eastAsia="Georgia"/>
          <w:b/>
          <w:i w:val="0"/>
          <w:sz w:val="24"/>
          <w:u w:val="none"/>
        </w:rPr>
        <w:t>MOTION TO DISMISS</w:t>
      </w:r>
    </w:p>
    <w:p>
      <w:pPr>
        <w:spacing w:before="0" w:after="120" w:line="276" w:lineRule="auto"/>
      </w:pPr>
    </w:p>
    <w:p>
      <w:pPr>
        <w:spacing w:before="0" w:after="120" w:line="276" w:lineRule="auto"/>
      </w:pPr>
      <w:r>
        <w:rPr>
          <w:rFonts w:ascii="Georgia" w:hAnsi="Georgia" w:cs="Georgia" w:eastAsia="Georgia"/>
          <w:b w:val="0"/>
          <w:i w:val="0"/>
          <w:sz w:val="24"/>
          <w:u w:val="none"/>
        </w:rPr>
        <w:t>Defendant [YOUR NAME], appearing without a lawyer (pro se), respectfully moves this Court to dismiss the Complaint filed by Plaintiff [PLAINTIFF NAME], and states as follows:</w:t>
      </w:r>
    </w:p>
    <w:p>
      <w:pPr>
        <w:spacing w:before="0" w:after="120" w:line="276" w:lineRule="auto"/>
      </w:pPr>
    </w:p>
    <w:p>
      <w:pPr>
        <w:spacing w:before="0" w:after="120" w:line="276" w:lineRule="auto"/>
        <w:ind w:left="576" w:hanging="360"/>
      </w:pPr>
      <w:r>
        <w:rPr>
          <w:rFonts w:ascii="Georgia" w:hAnsi="Georgia" w:cs="Georgia" w:eastAsia="Georgia"/>
          <w:b w:val="0"/>
          <w:i w:val="0"/>
          <w:sz w:val="24"/>
          <w:u w:val="none"/>
        </w:rPr>
        <w:t xml:space="preserve">1. </w:t>
      </w:r>
      <w:r>
        <w:rPr>
          <w:rFonts w:ascii="Georgia" w:hAnsi="Georgia" w:cs="Georgia" w:eastAsia="Georgia"/>
          <w:b w:val="0"/>
          <w:i w:val="0"/>
          <w:sz w:val="24"/>
          <w:u w:val="none"/>
        </w:rPr>
        <w:t>This action was filed on [DATE FILED] and alleges [BRIEFLY SUMMARIZE PLAINTIFF'S CLAIM].</w:t>
      </w:r>
    </w:p>
    <w:p>
      <w:pPr>
        <w:spacing w:before="0" w:after="120" w:line="276" w:lineRule="auto"/>
        <w:ind w:left="576" w:hanging="360"/>
      </w:pPr>
      <w:r>
        <w:rPr>
          <w:rFonts w:ascii="Georgia" w:hAnsi="Georgia" w:cs="Georgia" w:eastAsia="Georgia"/>
          <w:b w:val="0"/>
          <w:i w:val="0"/>
          <w:sz w:val="24"/>
          <w:u w:val="none"/>
        </w:rPr>
        <w:t xml:space="preserve">2. </w:t>
      </w:r>
      <w:r>
        <w:rPr>
          <w:rFonts w:ascii="Georgia" w:hAnsi="Georgia" w:cs="Georgia" w:eastAsia="Georgia"/>
          <w:b w:val="0"/>
          <w:i w:val="0"/>
          <w:sz w:val="24"/>
          <w:u w:val="none"/>
        </w:rPr>
        <w:t>This case should be dismissed for the following reason(s) [CHECK/DESCRIBE ALL THAT APPLY]: the court lacks jurisdiction over this matter; the court lacks jurisdiction over me as the Defendant; this is not the proper venue (location) for this case; the Complaint was not properly served on me; the statute of limitations has expired; the Complaint fails to state a claim for which the law provides a remedy; [OTHER LEGAL GROUND].</w:t>
      </w:r>
    </w:p>
    <w:p>
      <w:pPr>
        <w:spacing w:before="0" w:after="120" w:line="276" w:lineRule="auto"/>
        <w:ind w:left="576" w:hanging="360"/>
      </w:pPr>
      <w:r>
        <w:rPr>
          <w:rFonts w:ascii="Georgia" w:hAnsi="Georgia" w:cs="Georgia" w:eastAsia="Georgia"/>
          <w:b w:val="0"/>
          <w:i w:val="0"/>
          <w:sz w:val="24"/>
          <w:u w:val="none"/>
        </w:rPr>
        <w:t xml:space="preserve">3. </w:t>
      </w:r>
      <w:r>
        <w:rPr>
          <w:rFonts w:ascii="Georgia" w:hAnsi="Georgia" w:cs="Georgia" w:eastAsia="Georgia"/>
          <w:b w:val="0"/>
          <w:i w:val="0"/>
          <w:sz w:val="24"/>
          <w:u w:val="none"/>
        </w:rPr>
        <w:t>[EXPLAIN THE SPECIFIC FACTS AND LAW SUPPORTING THE GROUND(S) CHECKED ABOVE. For example: "The events described in the Complaint allegedly occurred on [DATE], which is more than [NUMBER] years before this Complaint was filed on [DATE FILED]. Under [YOUR STATE] law, claims of this type must be filed within [TIME PERIOD] of the date the claim arose."]</w:t>
      </w:r>
    </w:p>
    <w:p>
      <w:pPr>
        <w:spacing w:before="0" w:after="120" w:line="276" w:lineRule="auto"/>
        <w:ind w:left="576" w:hanging="360"/>
      </w:pPr>
      <w:r>
        <w:rPr>
          <w:rFonts w:ascii="Georgia" w:hAnsi="Georgia" w:cs="Georgia" w:eastAsia="Georgia"/>
          <w:b w:val="0"/>
          <w:i w:val="0"/>
          <w:sz w:val="24"/>
          <w:u w:val="none"/>
        </w:rPr>
        <w:t xml:space="preserve">4. </w:t>
      </w:r>
      <w:r>
        <w:rPr>
          <w:rFonts w:ascii="Georgia" w:hAnsi="Georgia" w:cs="Georgia" w:eastAsia="Georgia"/>
          <w:b w:val="0"/>
          <w:i w:val="0"/>
          <w:sz w:val="24"/>
          <w:u w:val="none"/>
        </w:rPr>
        <w:t>For the reasons above, Defendant asks the Court to dismiss this case [WITH / WITHOUT] prejudice.</w:t>
      </w:r>
    </w:p>
    <w:p>
      <w:pPr>
        <w:spacing w:before="0" w:after="120" w:line="276" w:lineRule="auto"/>
      </w:pPr>
    </w:p>
    <w:p>
      <w:pPr>
        <w:spacing w:before="0" w:after="120" w:line="276" w:lineRule="auto"/>
      </w:pPr>
      <w:r>
        <w:rPr>
          <w:rFonts w:ascii="Georgia" w:hAnsi="Georgia" w:cs="Georgia" w:eastAsia="Georgia"/>
          <w:b w:val="0"/>
          <w:i w:val="0"/>
          <w:sz w:val="24"/>
          <w:u w:val="none"/>
        </w:rPr>
        <w:t>Respectfully submitted,</w:t>
      </w:r>
    </w:p>
    <w:p>
      <w:pPr>
        <w:spacing w:before="0" w:after="120" w:line="276" w:lineRule="auto"/>
      </w:pPr>
    </w:p>
    <w:p>
      <w:pPr>
        <w:spacing w:before="0" w:after="120" w:line="276" w:lineRule="auto"/>
      </w:pPr>
      <w:r>
        <w:rPr>
          <w:rFonts w:ascii="Georgia" w:hAnsi="Georgia" w:cs="Georgia" w:eastAsia="Georgia"/>
          <w:b w:val="0"/>
          <w:i w:val="0"/>
          <w:sz w:val="24"/>
          <w:u w:val="none"/>
        </w:rPr>
        <w:t>________________________</w:t>
      </w:r>
    </w:p>
    <w:p>
      <w:pPr>
        <w:spacing w:before="0" w:after="120" w:line="276" w:lineRule="auto"/>
      </w:pPr>
      <w:r>
        <w:rPr>
          <w:rFonts w:ascii="Georgia" w:hAnsi="Georgia" w:cs="Georgia" w:eastAsia="Georgia"/>
          <w:b w:val="0"/>
          <w:i w:val="0"/>
          <w:sz w:val="24"/>
          <w:u w:val="none"/>
        </w:rPr>
        <w:t>[YOUR NAME]</w:t>
      </w:r>
    </w:p>
    <w:p>
      <w:pPr>
        <w:spacing w:before="0" w:after="120" w:line="276" w:lineRule="auto"/>
      </w:pPr>
      <w:r>
        <w:rPr>
          <w:rFonts w:ascii="Georgia" w:hAnsi="Georgia" w:cs="Georgia" w:eastAsia="Georgia"/>
          <w:b w:val="0"/>
          <w:i w:val="0"/>
          <w:sz w:val="24"/>
          <w:u w:val="none"/>
        </w:rPr>
        <w:t>[YOUR ADDRESS]</w:t>
      </w:r>
    </w:p>
    <w:p>
      <w:pPr>
        <w:spacing w:before="0" w:after="120" w:line="276" w:lineRule="auto"/>
      </w:pPr>
      <w:r>
        <w:rPr>
          <w:rFonts w:ascii="Georgia" w:hAnsi="Georgia" w:cs="Georgia" w:eastAsia="Georgia"/>
          <w:b w:val="0"/>
          <w:i w:val="0"/>
          <w:sz w:val="24"/>
          <w:u w:val="none"/>
        </w:rPr>
        <w:t>[YOUR CITY, STATE, ZIP]</w:t>
      </w:r>
    </w:p>
    <w:p>
      <w:pPr>
        <w:spacing w:before="0" w:after="120" w:line="276" w:lineRule="auto"/>
      </w:pPr>
      <w:r>
        <w:rPr>
          <w:rFonts w:ascii="Georgia" w:hAnsi="Georgia" w:cs="Georgia" w:eastAsia="Georgia"/>
          <w:b w:val="0"/>
          <w:i w:val="0"/>
          <w:sz w:val="24"/>
          <w:u w:val="none"/>
        </w:rPr>
        <w:t>[YOUR PHONE NUMBER]</w:t>
      </w:r>
    </w:p>
    <w:p>
      <w:pPr>
        <w:spacing w:before="0" w:after="120" w:line="276" w:lineRule="auto"/>
      </w:pPr>
      <w:r>
        <w:rPr>
          <w:rFonts w:ascii="Georgia" w:hAnsi="Georgia" w:cs="Georgia" w:eastAsia="Georgia"/>
          <w:b w:val="0"/>
          <w:i w:val="0"/>
          <w:sz w:val="24"/>
          <w:u w:val="none"/>
        </w:rPr>
        <w:t>[YOUR EMAIL ADDRESS]</w:t>
      </w:r>
    </w:p>
    <w:p>
      <w:pPr>
        <w:spacing w:before="0" w:after="120" w:line="276" w:lineRule="auto"/>
      </w:pPr>
      <w:r>
        <w:rPr>
          <w:rFonts w:ascii="Georgia" w:hAnsi="Georgia" w:cs="Georgia" w:eastAsia="Georgia"/>
          <w:b w:val="0"/>
          <w:i w:val="0"/>
          <w:sz w:val="24"/>
          <w:u w:val="none"/>
        </w:rPr>
        <w:t>Defendant, Pro Se</w:t>
      </w:r>
    </w:p>
    <w:p>
      <w:pPr>
        <w:spacing w:before="0" w:after="120" w:line="276" w:lineRule="auto"/>
      </w:pPr>
    </w:p>
    <w:p>
      <w:pPr>
        <w:spacing w:before="0" w:after="120" w:line="276" w:lineRule="auto"/>
      </w:pPr>
      <w:r>
        <w:rPr>
          <w:rFonts w:ascii="Georgia" w:hAnsi="Georgia" w:cs="Georgia" w:eastAsia="Georgia"/>
          <w:b/>
          <w:i w:val="0"/>
          <w:sz w:val="24"/>
          <w:u w:val="none"/>
        </w:rPr>
        <w:t>Certificate of Service</w:t>
      </w:r>
    </w:p>
    <w:p>
      <w:pPr>
        <w:spacing w:before="0" w:after="120" w:line="276" w:lineRule="auto"/>
      </w:pPr>
      <w:r>
        <w:rPr>
          <w:rFonts w:ascii="Georgia" w:hAnsi="Georgia" w:cs="Georgia" w:eastAsia="Georgia"/>
          <w:b w:val="0"/>
          <w:i w:val="0"/>
          <w:sz w:val="24"/>
          <w:u w:val="none"/>
        </w:rPr>
        <w:t>I certify that on [DATE], I sent a copy of this document to [PLAINTIFF NAME / OPPOSING PARTY'S NAME] by [METHOD OF SERVICE, e.g., first-class mail, email, hand delivery] at [OPPOSING PARTY'S ADDRESS OR EMAIL].</w:t>
      </w:r>
    </w:p>
    <w:p>
      <w:pPr>
        <w:spacing w:before="0" w:after="120" w:line="276" w:lineRule="auto"/>
      </w:pPr>
    </w:p>
    <w:p>
      <w:pPr>
        <w:spacing w:before="0" w:after="120" w:line="276" w:lineRule="auto"/>
      </w:pPr>
      <w:r>
        <w:rPr>
          <w:rFonts w:ascii="Georgia" w:hAnsi="Georgia" w:cs="Georgia" w:eastAsia="Georgia"/>
          <w:b w:val="0"/>
          <w:i w:val="0"/>
          <w:sz w:val="24"/>
          <w:u w:val="none"/>
        </w:rPr>
        <w:t>________________________</w:t>
      </w:r>
    </w:p>
    <w:p>
      <w:pPr>
        <w:spacing w:before="0" w:after="120" w:line="276" w:lineRule="auto"/>
      </w:pPr>
      <w:r>
        <w:rPr>
          <w:rFonts w:ascii="Georgia" w:hAnsi="Georgia" w:cs="Georgia" w:eastAsia="Georgia"/>
          <w:b w:val="0"/>
          <w:i w:val="0"/>
          <w:sz w:val="24"/>
          <w:u w:val="none"/>
        </w:rPr>
        <w:t>[YOUR NAME]</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Georgia" w:hAnsi="Georgia" w:eastAsia="Georgia"/>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Motion to Dismiss</dc:title>
  <dc:subject/>
  <dc:creator>Tim Wooten</dc:creator>
  <cp:keywords/>
  <dc:description>From SUED: How to Defend Yourself in Small Claims Court Without a Lawyer — and Win. Free form — withoutalawyerpress.com/forms</dc:description>
  <cp:lastModifiedBy/>
  <cp:revision>1</cp:revision>
  <dcterms:created xsi:type="dcterms:W3CDTF">2013-12-23T23:15:00Z</dcterms:created>
  <dcterms:modified xsi:type="dcterms:W3CDTF">2013-12-23T23:15:00Z</dcterms:modified>
  <cp:category/>
</cp:coreProperties>
</file>