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Insurance Tender Letter</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r>
        <w:rPr>
          <w:rFonts w:ascii="Georgia" w:hAnsi="Georgia" w:cs="Georgia" w:eastAsia="Georgia"/>
          <w:b w:val="0"/>
          <w:i w:val="0"/>
          <w:sz w:val="24"/>
          <w:u w:val="none"/>
        </w:rPr>
        <w:t>[YOUR PHONE NUMBER]</w:t>
      </w:r>
    </w:p>
    <w:p>
      <w:pPr>
        <w:spacing w:before="0" w:after="120" w:line="276" w:lineRule="auto"/>
      </w:pPr>
      <w:r>
        <w:rPr>
          <w:rFonts w:ascii="Georgia" w:hAnsi="Georgia" w:cs="Georgia" w:eastAsia="Georgia"/>
          <w:b w:val="0"/>
          <w:i w:val="0"/>
          <w:sz w:val="24"/>
          <w:u w:val="none"/>
        </w:rPr>
        <w:t>[YOUR EMAIL ADDRESS]</w:t>
      </w:r>
    </w:p>
    <w:p>
      <w:pPr>
        <w:spacing w:before="0" w:after="120" w:line="276" w:lineRule="auto"/>
      </w:pPr>
    </w:p>
    <w:p>
      <w:pPr>
        <w:spacing w:before="0" w:after="120" w:line="276" w:lineRule="auto"/>
      </w:pPr>
      <w:r>
        <w:rPr>
          <w:rFonts w:ascii="Georgia" w:hAnsi="Georgia" w:cs="Georgia" w:eastAsia="Georgia"/>
          <w:b w:val="0"/>
          <w:i w:val="0"/>
          <w:sz w:val="24"/>
          <w:u w:val="none"/>
        </w:rPr>
        <w:t>[DATE]</w:t>
      </w:r>
    </w:p>
    <w:p>
      <w:pPr>
        <w:spacing w:before="0" w:after="120" w:line="276" w:lineRule="auto"/>
      </w:pPr>
    </w:p>
    <w:p>
      <w:pPr>
        <w:spacing w:before="0" w:after="120" w:line="276" w:lineRule="auto"/>
      </w:pPr>
      <w:r>
        <w:rPr>
          <w:rFonts w:ascii="Georgia" w:hAnsi="Georgia" w:cs="Georgia" w:eastAsia="Georgia"/>
          <w:b w:val="0"/>
          <w:i w:val="0"/>
          <w:sz w:val="24"/>
          <w:u w:val="none"/>
        </w:rPr>
        <w:t>Sent via Certified Mail, Return Receipt Requested, and Email</w:t>
      </w:r>
    </w:p>
    <w:p>
      <w:pPr>
        <w:spacing w:before="0" w:after="120" w:line="276" w:lineRule="auto"/>
      </w:pPr>
    </w:p>
    <w:p>
      <w:pPr>
        <w:spacing w:before="0" w:after="120" w:line="276" w:lineRule="auto"/>
      </w:pPr>
      <w:r>
        <w:rPr>
          <w:rFonts w:ascii="Georgia" w:hAnsi="Georgia" w:cs="Georgia" w:eastAsia="Georgia"/>
          <w:b w:val="0"/>
          <w:i w:val="0"/>
          <w:sz w:val="24"/>
          <w:u w:val="none"/>
        </w:rPr>
        <w:t>[INSURANCE COMPANY NAME]</w:t>
      </w:r>
    </w:p>
    <w:p>
      <w:pPr>
        <w:spacing w:before="0" w:after="120" w:line="276" w:lineRule="auto"/>
      </w:pPr>
      <w:r>
        <w:rPr>
          <w:rFonts w:ascii="Georgia" w:hAnsi="Georgia" w:cs="Georgia" w:eastAsia="Georgia"/>
          <w:b w:val="0"/>
          <w:i w:val="0"/>
          <w:sz w:val="24"/>
          <w:u w:val="none"/>
        </w:rPr>
        <w:t>Attn: Claims Department</w:t>
      </w:r>
    </w:p>
    <w:p>
      <w:pPr>
        <w:spacing w:before="0" w:after="120" w:line="276" w:lineRule="auto"/>
      </w:pPr>
      <w:r>
        <w:rPr>
          <w:rFonts w:ascii="Georgia" w:hAnsi="Georgia" w:cs="Georgia" w:eastAsia="Georgia"/>
          <w:b w:val="0"/>
          <w:i w:val="0"/>
          <w:sz w:val="24"/>
          <w:u w:val="none"/>
        </w:rPr>
        <w:t>[INSURANCE COMPANY ADDRESS]</w:t>
      </w:r>
    </w:p>
    <w:p>
      <w:pPr>
        <w:spacing w:before="0" w:after="120" w:line="276" w:lineRule="auto"/>
      </w:pPr>
    </w:p>
    <w:p>
      <w:pPr>
        <w:spacing w:before="0" w:after="120" w:line="276" w:lineRule="auto"/>
      </w:pPr>
      <w:r>
        <w:rPr>
          <w:rFonts w:ascii="Georgia" w:hAnsi="Georgia" w:cs="Georgia" w:eastAsia="Georgia"/>
          <w:b w:val="0"/>
          <w:i w:val="0"/>
          <w:sz w:val="24"/>
          <w:u w:val="none"/>
        </w:rPr>
        <w:t>Re: Demand for Defense and Indemnity</w:t>
      </w:r>
    </w:p>
    <w:p>
      <w:pPr>
        <w:spacing w:before="0" w:after="120" w:line="276" w:lineRule="auto"/>
      </w:pPr>
      <w:r>
        <w:rPr>
          <w:rFonts w:ascii="Georgia" w:hAnsi="Georgia" w:cs="Georgia" w:eastAsia="Georgia"/>
          <w:b w:val="0"/>
          <w:i w:val="0"/>
          <w:sz w:val="24"/>
          <w:u w:val="none"/>
        </w:rPr>
        <w:t>Policyholder: [YOUR NAME]</w:t>
      </w:r>
    </w:p>
    <w:p>
      <w:pPr>
        <w:spacing w:before="0" w:after="120" w:line="276" w:lineRule="auto"/>
      </w:pPr>
      <w:r>
        <w:rPr>
          <w:rFonts w:ascii="Georgia" w:hAnsi="Georgia" w:cs="Georgia" w:eastAsia="Georgia"/>
          <w:b w:val="0"/>
          <w:i w:val="0"/>
          <w:sz w:val="24"/>
          <w:u w:val="none"/>
        </w:rPr>
        <w:t>Policy Number: [POLICY NUMBER]</w:t>
      </w:r>
    </w:p>
    <w:p>
      <w:pPr>
        <w:spacing w:before="0" w:after="120" w:line="276" w:lineRule="auto"/>
      </w:pPr>
      <w:r>
        <w:rPr>
          <w:rFonts w:ascii="Georgia" w:hAnsi="Georgia" w:cs="Georgia" w:eastAsia="Georgia"/>
          <w:b w:val="0"/>
          <w:i w:val="0"/>
          <w:sz w:val="24"/>
          <w:u w:val="none"/>
        </w:rPr>
        <w:t>Claim Number (if assigned): [CLAIM NUMBER]</w:t>
      </w:r>
    </w:p>
    <w:p>
      <w:pPr>
        <w:spacing w:before="0" w:after="120" w:line="276" w:lineRule="auto"/>
      </w:pPr>
      <w:r>
        <w:rPr>
          <w:rFonts w:ascii="Georgia" w:hAnsi="Georgia" w:cs="Georgia" w:eastAsia="Georgia"/>
          <w:b w:val="0"/>
          <w:i w:val="0"/>
          <w:sz w:val="24"/>
          <w:u w:val="none"/>
        </w:rPr>
        <w:t>Lawsuit: [PLAINTIFF NAME] v. [YOUR NAME], Case No. [CASE NUMBER], [NAME OF COURT]</w:t>
      </w:r>
    </w:p>
    <w:p>
      <w:pPr>
        <w:spacing w:before="0" w:after="120" w:line="276" w:lineRule="auto"/>
      </w:pPr>
    </w:p>
    <w:p>
      <w:pPr>
        <w:spacing w:before="0" w:after="120" w:line="276" w:lineRule="auto"/>
      </w:pPr>
      <w:r>
        <w:rPr>
          <w:rFonts w:ascii="Georgia" w:hAnsi="Georgia" w:cs="Georgia" w:eastAsia="Georgia"/>
          <w:b w:val="0"/>
          <w:i w:val="0"/>
          <w:sz w:val="24"/>
          <w:u w:val="none"/>
        </w:rPr>
        <w:t>Dear Claims Department:</w:t>
      </w:r>
    </w:p>
    <w:p>
      <w:pPr>
        <w:spacing w:before="0" w:after="120" w:line="276" w:lineRule="auto"/>
      </w:pPr>
    </w:p>
    <w:p>
      <w:pPr>
        <w:spacing w:before="0" w:after="120" w:line="276" w:lineRule="auto"/>
      </w:pPr>
      <w:r>
        <w:rPr>
          <w:rFonts w:ascii="Georgia" w:hAnsi="Georgia" w:cs="Georgia" w:eastAsia="Georgia"/>
          <w:b w:val="0"/>
          <w:i w:val="0"/>
          <w:sz w:val="24"/>
          <w:u w:val="none"/>
        </w:rPr>
        <w:t>I am the holder of the above policy. On [DATE SERVED], I was served with a lawsuit filed by [PLAINTIFF NAME] in [NAME OF COURT], Case No. [CASE NUMBER]. A copy of the complaint is enclosed.</w:t>
      </w:r>
    </w:p>
    <w:p>
      <w:pPr>
        <w:spacing w:before="0" w:after="120" w:line="276" w:lineRule="auto"/>
      </w:pPr>
    </w:p>
    <w:p>
      <w:pPr>
        <w:spacing w:before="0" w:after="120" w:line="276" w:lineRule="auto"/>
      </w:pPr>
      <w:r>
        <w:rPr>
          <w:rFonts w:ascii="Georgia" w:hAnsi="Georgia" w:cs="Georgia" w:eastAsia="Georgia"/>
          <w:b w:val="0"/>
          <w:i w:val="0"/>
          <w:sz w:val="24"/>
          <w:u w:val="none"/>
        </w:rPr>
        <w:t>The lawsuit claims [BRIEF DESCRIPTION OF WHAT THE LAWSUIT ALLEGES, e.g., property damage that occurred at my rental property on DATE]. I believe this claim falls within the coverage of my policy, including but not limited to [SECTION OR TYPE OF COVERAGE, e.g., personal liability coverage].</w:t>
      </w:r>
    </w:p>
    <w:p>
      <w:pPr>
        <w:spacing w:before="0" w:after="120" w:line="276" w:lineRule="auto"/>
      </w:pPr>
    </w:p>
    <w:p>
      <w:pPr>
        <w:spacing w:before="0" w:after="120" w:line="276" w:lineRule="auto"/>
      </w:pPr>
      <w:r>
        <w:rPr>
          <w:rFonts w:ascii="Georgia" w:hAnsi="Georgia" w:cs="Georgia" w:eastAsia="Georgia"/>
          <w:b w:val="0"/>
          <w:i w:val="0"/>
          <w:sz w:val="24"/>
          <w:u w:val="none"/>
        </w:rPr>
        <w:t>I am formally tendering this claim to you and requesting the following:</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That you accept the defense of this lawsuit and assign an attorney to represent me, at no cost to me, under the terms of my policy.</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That you indemnify me, meaning pay any settlement or judgment entered against me in this lawsuit, up to my policy limits.</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That you respond to this letter in writing within [NUMBER] days confirming whether you accept, deny, or reserve rights regarding this claim.</w:t>
      </w:r>
    </w:p>
    <w:p>
      <w:pPr>
        <w:spacing w:before="0" w:after="120" w:line="276" w:lineRule="auto"/>
      </w:pPr>
    </w:p>
    <w:p>
      <w:pPr>
        <w:spacing w:before="0" w:after="120" w:line="276" w:lineRule="auto"/>
      </w:pPr>
      <w:r>
        <w:rPr>
          <w:rFonts w:ascii="Georgia" w:hAnsi="Georgia" w:cs="Georgia" w:eastAsia="Georgia"/>
          <w:b w:val="0"/>
          <w:i w:val="0"/>
          <w:sz w:val="24"/>
          <w:u w:val="none"/>
        </w:rPr>
        <w:t>Please be aware that I have a court deadline of [YOUR RESPONSE DEADLINE] to respond to this lawsuit. If I do not hear from you before that date, I may need to file my own response to protect my rights, and I will look to you for reimbursement of any costs I incur.</w:t>
      </w:r>
    </w:p>
    <w:p>
      <w:pPr>
        <w:spacing w:before="0" w:after="120" w:line="276" w:lineRule="auto"/>
      </w:pPr>
    </w:p>
    <w:p>
      <w:pPr>
        <w:spacing w:before="0" w:after="120" w:line="276" w:lineRule="auto"/>
      </w:pPr>
      <w:r>
        <w:rPr>
          <w:rFonts w:ascii="Georgia" w:hAnsi="Georgia" w:cs="Georgia" w:eastAsia="Georgia"/>
          <w:b w:val="0"/>
          <w:i w:val="0"/>
          <w:sz w:val="24"/>
          <w:u w:val="none"/>
        </w:rPr>
        <w:t>If you deny coverage or reserve your rights, please state the specific policy language and reasons in writing.</w:t>
      </w:r>
    </w:p>
    <w:p>
      <w:pPr>
        <w:spacing w:before="0" w:after="120" w:line="276" w:lineRule="auto"/>
      </w:pPr>
    </w:p>
    <w:p>
      <w:pPr>
        <w:spacing w:before="0" w:after="120" w:line="276" w:lineRule="auto"/>
      </w:pPr>
      <w:r>
        <w:rPr>
          <w:rFonts w:ascii="Georgia" w:hAnsi="Georgia" w:cs="Georgia" w:eastAsia="Georgia"/>
          <w:b w:val="0"/>
          <w:i w:val="0"/>
          <w:sz w:val="24"/>
          <w:u w:val="none"/>
        </w:rPr>
        <w:t>Thank you for your prompt attention to this matter.</w:t>
      </w:r>
    </w:p>
    <w:p>
      <w:pPr>
        <w:spacing w:before="0" w:after="120" w:line="276" w:lineRule="auto"/>
      </w:pPr>
    </w:p>
    <w:p>
      <w:pPr>
        <w:spacing w:before="0" w:after="120" w:line="276" w:lineRule="auto"/>
      </w:pPr>
      <w:r>
        <w:rPr>
          <w:rFonts w:ascii="Georgia" w:hAnsi="Georgia" w:cs="Georgia" w:eastAsia="Georgia"/>
          <w:b w:val="0"/>
          <w:i w:val="0"/>
          <w:sz w:val="24"/>
          <w:u w:val="none"/>
        </w:rPr>
        <w:t>Sincerely,</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p>
      <w:pPr>
        <w:spacing w:before="0" w:after="120" w:line="276" w:lineRule="auto"/>
      </w:pPr>
    </w:p>
    <w:p>
      <w:pPr>
        <w:spacing w:before="0" w:after="120" w:line="276" w:lineRule="auto"/>
      </w:pPr>
      <w:r>
        <w:rPr>
          <w:rFonts w:ascii="Georgia" w:hAnsi="Georgia" w:cs="Georgia" w:eastAsia="Georgia"/>
          <w:b w:val="0"/>
          <w:i w:val="0"/>
          <w:sz w:val="24"/>
          <w:u w:val="none"/>
        </w:rPr>
        <w:t>Enclosure: Copy of Complaint / Summons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Tender Letter</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