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Pr>
      <w:tblGrid>
        <w:gridCol w:w="9360"/>
      </w:tblGrid>
      <w:tr>
        <w:tc>
          <w:tcPr>
            <w:tcW w:type="dxa" w:w="9360"/>
            <w:tcBorders>
              <w:top w:val="single" w:sz="8" w:color="B00000"/>
              <w:left w:val="single" w:sz="8" w:color="B00000"/>
              <w:bottom w:val="single" w:sz="8" w:color="B00000"/>
              <w:right w:val="single" w:sz="8" w:color="B00000"/>
            </w:tcBorders>
            <w:shd w:val="clear" w:fill="FDF3F3"/>
          </w:tcPr>
          <w:p>
            <w:pPr>
              <w:spacing w:after="120"/>
            </w:pPr>
            <w:r>
              <w:rPr>
                <w:rFonts w:ascii="Georgia" w:hAnsi="Georgia" w:cs="Georgia" w:eastAsia="Georgia"/>
                <w:b/>
                <w:i w:val="0"/>
                <w:sz w:val="24"/>
                <w:u w:val="none"/>
              </w:rPr>
              <w:t>Answer — General Denial</w:t>
            </w:r>
          </w:p>
          <w:p>
            <w:pPr>
              <w:spacing w:after="120"/>
            </w:pPr>
            <w:r>
              <w:rPr>
                <w:rFonts w:ascii="Georgia" w:hAnsi="Georgia" w:cs="Georgia" w:eastAsia="Georgia"/>
                <w:b w:val="0"/>
                <w:i w:val="0"/>
                <w:sz w:val="21"/>
                <w:u w:val="none"/>
              </w:rPr>
              <w:t>This form is a starting point, not a finished legal document. Court rules vary by state and by county. Some courts require their own official forms instead of, or in addition to, a document like this one. Check your local court's rules before you file anything. This form is an educational tool. It is not legal advice about your situation, and using it does not make anyone your lawyer.</w:t>
            </w:r>
          </w:p>
          <w:p>
            <w:pPr>
              <w:spacing w:after="0"/>
            </w:pPr>
            <w:r>
              <w:rPr>
                <w:rFonts w:ascii="Georgia" w:hAnsi="Georgia" w:cs="Georgia" w:eastAsia="Georgia"/>
                <w:b/>
                <w:i w:val="0"/>
                <w:color w:val="B00000"/>
                <w:sz w:val="21"/>
                <w:u w:val="none"/>
              </w:rPr>
              <w:t>Delete this box before you file or send this document.</w:t>
            </w:r>
          </w:p>
        </w:tc>
      </w:tr>
    </w:tbl>
    <w:p/>
    <w:p>
      <w:pPr>
        <w:spacing w:before="0" w:after="120" w:line="276" w:lineRule="auto"/>
      </w:pPr>
      <w:r>
        <w:rPr>
          <w:rFonts w:ascii="Georgia" w:hAnsi="Georgia" w:cs="Georgia" w:eastAsia="Georgia"/>
          <w:b w:val="0"/>
          <w:i w:val="0"/>
          <w:sz w:val="24"/>
          <w:u w:val="none"/>
        </w:rPr>
        <w:t>[NAME OF COURT]</w:t>
      </w:r>
    </w:p>
    <w:p>
      <w:pPr>
        <w:spacing w:before="0" w:after="120" w:line="276" w:lineRule="auto"/>
      </w:pPr>
      <w:r>
        <w:rPr>
          <w:rFonts w:ascii="Georgia" w:hAnsi="Georgia" w:cs="Georgia" w:eastAsia="Georgia"/>
          <w:b w:val="0"/>
          <w:i w:val="0"/>
          <w:sz w:val="24"/>
          <w:u w:val="none"/>
        </w:rPr>
        <w:t>[COUNTY], [STATE]</w:t>
      </w:r>
    </w:p>
    <w:p>
      <w:pPr>
        <w:spacing w:before="0" w:after="120" w:line="276" w:lineRule="auto"/>
      </w:pPr>
    </w:p>
    <w:p>
      <w:pPr>
        <w:spacing w:before="0" w:after="120" w:line="276" w:lineRule="auto"/>
      </w:pPr>
      <w:r>
        <w:rPr>
          <w:rFonts w:ascii="Georgia" w:hAnsi="Georgia" w:cs="Georgia" w:eastAsia="Georgia"/>
          <w:b w:val="0"/>
          <w:i w:val="0"/>
          <w:sz w:val="24"/>
          <w:u w:val="none"/>
        </w:rPr>
        <w:t>[PLAINTIFF NAME],</w:t>
      </w:r>
    </w:p>
    <w:p>
      <w:pPr>
        <w:spacing w:before="0" w:after="120" w:line="276" w:lineRule="auto"/>
      </w:pPr>
      <w:r>
        <w:rPr>
          <w:rFonts w:ascii="Georgia" w:hAnsi="Georgia" w:cs="Georgia" w:eastAsia="Georgia"/>
          <w:b w:val="0"/>
          <w:i w:val="0"/>
          <w:sz w:val="24"/>
          <w:u w:val="none"/>
        </w:rPr>
        <w:t>Plaintiff,</w:t>
      </w:r>
    </w:p>
    <w:p>
      <w:pPr>
        <w:spacing w:before="0" w:after="120" w:line="276" w:lineRule="auto"/>
      </w:pPr>
      <w:r>
        <w:rPr>
          <w:rFonts w:ascii="Georgia" w:hAnsi="Georgia" w:cs="Georgia" w:eastAsia="Georgia"/>
          <w:b w:val="0"/>
          <w:i w:val="0"/>
          <w:sz w:val="24"/>
          <w:u w:val="none"/>
        </w:rPr>
        <w:t>v.                                              Case No. [CASE NUMBER]</w:t>
      </w:r>
    </w:p>
    <w:p>
      <w:pPr>
        <w:spacing w:before="0" w:after="120" w:line="276" w:lineRule="auto"/>
      </w:pPr>
      <w:r>
        <w:rPr>
          <w:rFonts w:ascii="Georgia" w:hAnsi="Georgia" w:cs="Georgia" w:eastAsia="Georgia"/>
          <w:b w:val="0"/>
          <w:i w:val="0"/>
          <w:sz w:val="24"/>
          <w:u w:val="none"/>
        </w:rPr>
        <w:t>[DEFENDANT NAME],</w:t>
      </w:r>
    </w:p>
    <w:p>
      <w:pPr>
        <w:spacing w:before="0" w:after="120" w:line="276" w:lineRule="auto"/>
      </w:pPr>
      <w:r>
        <w:rPr>
          <w:rFonts w:ascii="Georgia" w:hAnsi="Georgia" w:cs="Georgia" w:eastAsia="Georgia"/>
          <w:b w:val="0"/>
          <w:i w:val="0"/>
          <w:sz w:val="24"/>
          <w:u w:val="none"/>
        </w:rPr>
        <w:t>Defendant.</w:t>
      </w:r>
    </w:p>
    <w:p>
      <w:pPr>
        <w:spacing w:before="0" w:after="120" w:line="276" w:lineRule="auto"/>
      </w:pPr>
    </w:p>
    <w:p>
      <w:pPr>
        <w:spacing w:before="0" w:after="120" w:line="276" w:lineRule="auto"/>
      </w:pPr>
      <w:r>
        <w:rPr>
          <w:rFonts w:ascii="Georgia" w:hAnsi="Georgia" w:cs="Georgia" w:eastAsia="Georgia"/>
          <w:b/>
          <w:i w:val="0"/>
          <w:sz w:val="24"/>
          <w:u w:val="none"/>
        </w:rPr>
        <w:t>ANSWER TO COMPLAINT (GENERAL DENIAL)</w:t>
      </w:r>
    </w:p>
    <w:p>
      <w:pPr>
        <w:spacing w:before="0" w:after="120" w:line="276" w:lineRule="auto"/>
      </w:pPr>
    </w:p>
    <w:p>
      <w:pPr>
        <w:spacing w:before="0" w:after="120" w:line="276" w:lineRule="auto"/>
      </w:pPr>
      <w:r>
        <w:rPr>
          <w:rFonts w:ascii="Georgia" w:hAnsi="Georgia" w:cs="Georgia" w:eastAsia="Georgia"/>
          <w:b w:val="0"/>
          <w:i w:val="0"/>
          <w:sz w:val="24"/>
          <w:u w:val="none"/>
        </w:rPr>
        <w:t>Defendant [YOUR NAME], appearing without a lawyer (pro se), answers the Complaint filed by Plaintiff [PLAINTIFF NAME] as follows:</w:t>
      </w:r>
    </w:p>
    <w:p>
      <w:pPr>
        <w:spacing w:before="0" w:after="120" w:line="276" w:lineRule="auto"/>
      </w:pPr>
    </w:p>
    <w:p>
      <w:pPr>
        <w:spacing w:before="0" w:after="120" w:line="276" w:lineRule="auto"/>
        <w:ind w:left="576" w:hanging="360"/>
      </w:pPr>
      <w:r>
        <w:rPr>
          <w:rFonts w:ascii="Georgia" w:hAnsi="Georgia" w:cs="Georgia" w:eastAsia="Georgia"/>
          <w:b w:val="0"/>
          <w:i w:val="0"/>
          <w:sz w:val="24"/>
          <w:u w:val="none"/>
        </w:rPr>
        <w:t xml:space="preserve">1. </w:t>
      </w:r>
      <w:r>
        <w:rPr>
          <w:rFonts w:ascii="Georgia" w:hAnsi="Georgia" w:cs="Georgia" w:eastAsia="Georgia"/>
          <w:b w:val="0"/>
          <w:i w:val="0"/>
          <w:sz w:val="24"/>
          <w:u w:val="none"/>
        </w:rPr>
        <w:t>Defendant generally denies each and every claim made in the Complaint and denies that Plaintiff is entitled to any of the money or relief requested.</w:t>
      </w:r>
    </w:p>
    <w:p>
      <w:pPr>
        <w:spacing w:before="0" w:after="120" w:line="276" w:lineRule="auto"/>
        <w:ind w:left="576" w:hanging="360"/>
      </w:pPr>
      <w:r>
        <w:rPr>
          <w:rFonts w:ascii="Georgia" w:hAnsi="Georgia" w:cs="Georgia" w:eastAsia="Georgia"/>
          <w:b w:val="0"/>
          <w:i w:val="0"/>
          <w:sz w:val="24"/>
          <w:u w:val="none"/>
        </w:rPr>
        <w:t xml:space="preserve">2. </w:t>
      </w:r>
      <w:r>
        <w:rPr>
          <w:rFonts w:ascii="Georgia" w:hAnsi="Georgia" w:cs="Georgia" w:eastAsia="Georgia"/>
          <w:b w:val="0"/>
          <w:i w:val="0"/>
          <w:sz w:val="24"/>
          <w:u w:val="none"/>
        </w:rPr>
        <w:t>Defendant asks the Court to require Plaintiff to prove each part of the claim.</w:t>
      </w:r>
    </w:p>
    <w:p>
      <w:pPr>
        <w:spacing w:before="0" w:after="120" w:line="276" w:lineRule="auto"/>
        <w:ind w:left="576" w:hanging="360"/>
      </w:pPr>
      <w:r>
        <w:rPr>
          <w:rFonts w:ascii="Georgia" w:hAnsi="Georgia" w:cs="Georgia" w:eastAsia="Georgia"/>
          <w:b w:val="0"/>
          <w:i w:val="0"/>
          <w:sz w:val="24"/>
          <w:u w:val="none"/>
        </w:rPr>
        <w:t xml:space="preserve">3. </w:t>
      </w:r>
      <w:r>
        <w:rPr>
          <w:rFonts w:ascii="Georgia" w:hAnsi="Georgia" w:cs="Georgia" w:eastAsia="Georgia"/>
          <w:b w:val="0"/>
          <w:i w:val="0"/>
          <w:sz w:val="24"/>
          <w:u w:val="none"/>
        </w:rPr>
        <w:t>Defendant reserves the right to raise additional defenses as they become known through the course of this case.</w:t>
      </w:r>
    </w:p>
    <w:p>
      <w:pPr>
        <w:spacing w:before="0" w:after="120" w:line="276" w:lineRule="auto"/>
      </w:pPr>
    </w:p>
    <w:p>
      <w:pPr>
        <w:spacing w:before="0" w:after="120" w:line="276" w:lineRule="auto"/>
      </w:pPr>
      <w:r>
        <w:rPr>
          <w:rFonts w:ascii="Georgia" w:hAnsi="Georgia" w:cs="Georgia" w:eastAsia="Georgia"/>
          <w:b w:val="0"/>
          <w:i w:val="0"/>
          <w:sz w:val="24"/>
          <w:u w:val="none"/>
        </w:rPr>
        <w:t>Wherefore, Defendant asks the Court to dismiss the Complaint, deny all relief requested by Plaintiff, and award Defendant costs as allowed by law.</w:t>
      </w:r>
    </w:p>
    <w:p>
      <w:pPr>
        <w:spacing w:before="0" w:after="120" w:line="276" w:lineRule="auto"/>
      </w:pPr>
    </w:p>
    <w:p>
      <w:pPr>
        <w:spacing w:before="0" w:after="120" w:line="276" w:lineRule="auto"/>
      </w:pPr>
      <w:r>
        <w:rPr>
          <w:rFonts w:ascii="Georgia" w:hAnsi="Georgia" w:cs="Georgia" w:eastAsia="Georgia"/>
          <w:b w:val="0"/>
          <w:i w:val="0"/>
          <w:sz w:val="24"/>
          <w:u w:val="none"/>
        </w:rPr>
        <w:t>Respectfully submitted,</w:t>
      </w:r>
    </w:p>
    <w:p>
      <w:pPr>
        <w:spacing w:before="0" w:after="120" w:line="276" w:lineRule="auto"/>
      </w:pPr>
    </w:p>
    <w:p>
      <w:pPr>
        <w:spacing w:before="0" w:after="120" w:line="276" w:lineRule="auto"/>
      </w:pPr>
      <w:r>
        <w:rPr>
          <w:rFonts w:ascii="Georgia" w:hAnsi="Georgia" w:cs="Georgia" w:eastAsia="Georgia"/>
          <w:b w:val="0"/>
          <w:i w:val="0"/>
          <w:sz w:val="24"/>
          <w:u w:val="none"/>
        </w:rPr>
        <w:t>________________________</w:t>
      </w:r>
    </w:p>
    <w:p>
      <w:pPr>
        <w:spacing w:before="0" w:after="120" w:line="276" w:lineRule="auto"/>
      </w:pPr>
      <w:r>
        <w:rPr>
          <w:rFonts w:ascii="Georgia" w:hAnsi="Georgia" w:cs="Georgia" w:eastAsia="Georgia"/>
          <w:b w:val="0"/>
          <w:i w:val="0"/>
          <w:sz w:val="24"/>
          <w:u w:val="none"/>
        </w:rPr>
        <w:t>[YOUR NAME]</w:t>
      </w:r>
    </w:p>
    <w:p>
      <w:pPr>
        <w:spacing w:before="0" w:after="120" w:line="276" w:lineRule="auto"/>
      </w:pPr>
      <w:r>
        <w:rPr>
          <w:rFonts w:ascii="Georgia" w:hAnsi="Georgia" w:cs="Georgia" w:eastAsia="Georgia"/>
          <w:b w:val="0"/>
          <w:i w:val="0"/>
          <w:sz w:val="24"/>
          <w:u w:val="none"/>
        </w:rPr>
        <w:t>[YOUR ADDRESS]</w:t>
      </w:r>
    </w:p>
    <w:p>
      <w:pPr>
        <w:spacing w:before="0" w:after="120" w:line="276" w:lineRule="auto"/>
      </w:pPr>
      <w:r>
        <w:rPr>
          <w:rFonts w:ascii="Georgia" w:hAnsi="Georgia" w:cs="Georgia" w:eastAsia="Georgia"/>
          <w:b w:val="0"/>
          <w:i w:val="0"/>
          <w:sz w:val="24"/>
          <w:u w:val="none"/>
        </w:rPr>
        <w:t>[YOUR CITY, STATE, ZIP]</w:t>
      </w:r>
    </w:p>
    <w:p>
      <w:pPr>
        <w:spacing w:before="0" w:after="120" w:line="276" w:lineRule="auto"/>
      </w:pPr>
      <w:r>
        <w:rPr>
          <w:rFonts w:ascii="Georgia" w:hAnsi="Georgia" w:cs="Georgia" w:eastAsia="Georgia"/>
          <w:b w:val="0"/>
          <w:i w:val="0"/>
          <w:sz w:val="24"/>
          <w:u w:val="none"/>
        </w:rPr>
        <w:t>[YOUR PHONE NUMBER]</w:t>
      </w:r>
    </w:p>
    <w:p>
      <w:pPr>
        <w:spacing w:before="0" w:after="120" w:line="276" w:lineRule="auto"/>
      </w:pPr>
      <w:r>
        <w:rPr>
          <w:rFonts w:ascii="Georgia" w:hAnsi="Georgia" w:cs="Georgia" w:eastAsia="Georgia"/>
          <w:b w:val="0"/>
          <w:i w:val="0"/>
          <w:sz w:val="24"/>
          <w:u w:val="none"/>
        </w:rPr>
        <w:t>[YOUR EMAIL ADDRESS]</w:t>
      </w:r>
    </w:p>
    <w:p>
      <w:pPr>
        <w:spacing w:before="0" w:after="120" w:line="276" w:lineRule="auto"/>
      </w:pPr>
      <w:r>
        <w:rPr>
          <w:rFonts w:ascii="Georgia" w:hAnsi="Georgia" w:cs="Georgia" w:eastAsia="Georgia"/>
          <w:b w:val="0"/>
          <w:i w:val="0"/>
          <w:sz w:val="24"/>
          <w:u w:val="none"/>
        </w:rPr>
        <w:t>Defendant, Pro Se</w:t>
      </w:r>
    </w:p>
    <w:p>
      <w:pPr>
        <w:spacing w:before="0" w:after="120" w:line="276" w:lineRule="auto"/>
      </w:pPr>
    </w:p>
    <w:p>
      <w:pPr>
        <w:spacing w:before="0" w:after="120" w:line="276" w:lineRule="auto"/>
      </w:pPr>
      <w:r>
        <w:rPr>
          <w:rFonts w:ascii="Georgia" w:hAnsi="Georgia" w:cs="Georgia" w:eastAsia="Georgia"/>
          <w:b/>
          <w:i w:val="0"/>
          <w:sz w:val="24"/>
          <w:u w:val="none"/>
        </w:rPr>
        <w:t>Certificate of Service</w:t>
      </w:r>
    </w:p>
    <w:p>
      <w:pPr>
        <w:spacing w:before="0" w:after="120" w:line="276" w:lineRule="auto"/>
      </w:pPr>
      <w:r>
        <w:rPr>
          <w:rFonts w:ascii="Georgia" w:hAnsi="Georgia" w:cs="Georgia" w:eastAsia="Georgia"/>
          <w:b w:val="0"/>
          <w:i w:val="0"/>
          <w:sz w:val="24"/>
          <w:u w:val="none"/>
        </w:rPr>
        <w:t>I certify that on [DATE], I sent a copy of this document to [PLAINTIFF NAME / OPPOSING PARTY'S NAME] by [METHOD OF SERVICE, e.g., first-class mail, email, hand delivery] at [OPPOSING PARTY'S ADDRESS OR EMAIL].</w:t>
      </w:r>
    </w:p>
    <w:p>
      <w:pPr>
        <w:spacing w:before="0" w:after="120" w:line="276" w:lineRule="auto"/>
      </w:pPr>
    </w:p>
    <w:p>
      <w:pPr>
        <w:spacing w:before="0" w:after="120" w:line="276" w:lineRule="auto"/>
      </w:pPr>
      <w:r>
        <w:rPr>
          <w:rFonts w:ascii="Georgia" w:hAnsi="Georgia" w:cs="Georgia" w:eastAsia="Georgia"/>
          <w:b w:val="0"/>
          <w:i w:val="0"/>
          <w:sz w:val="24"/>
          <w:u w:val="none"/>
        </w:rPr>
        <w:t>________________________</w:t>
      </w:r>
    </w:p>
    <w:p>
      <w:pPr>
        <w:spacing w:before="0" w:after="120" w:line="276" w:lineRule="auto"/>
      </w:pPr>
      <w:r>
        <w:rPr>
          <w:rFonts w:ascii="Georgia" w:hAnsi="Georgia" w:cs="Georgia" w:eastAsia="Georgia"/>
          <w:b w:val="0"/>
          <w:i w:val="0"/>
          <w:sz w:val="24"/>
          <w:u w:val="none"/>
        </w:rPr>
        <w:t>[YOUR NAME]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eastAsia="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Answer — General Denial</dc:title>
  <dc:subject/>
  <dc:creator>Tim Wooten</dc:creator>
  <cp:keywords/>
  <dc:description>From SUED: How to Defend Yourself in Small Claims Court Without a Lawyer — and Win. Free form — withoutalawyerpress.com/forms</dc:description>
  <cp:lastModifiedBy/>
  <cp:revision>1</cp:revision>
  <dcterms:created xsi:type="dcterms:W3CDTF">2013-12-23T23:15:00Z</dcterms:created>
  <dcterms:modified xsi:type="dcterms:W3CDTF">2013-12-23T23:15:00Z</dcterms:modified>
  <cp:category/>
</cp:coreProperties>
</file>