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9360"/>
      </w:tblGrid>
      <w:tr>
        <w:tc>
          <w:tcPr>
            <w:tcW w:type="dxa" w:w="9360"/>
            <w:tcBorders>
              <w:top w:val="single" w:sz="8" w:color="B00000"/>
              <w:left w:val="single" w:sz="8" w:color="B00000"/>
              <w:bottom w:val="single" w:sz="8" w:color="B00000"/>
              <w:right w:val="single" w:sz="8" w:color="B00000"/>
            </w:tcBorders>
            <w:shd w:val="clear" w:fill="FDF3F3"/>
          </w:tcPr>
          <w:p>
            <w:pPr>
              <w:spacing w:after="120"/>
            </w:pPr>
            <w:r>
              <w:rPr>
                <w:rFonts w:ascii="Georgia" w:hAnsi="Georgia" w:cs="Georgia" w:eastAsia="Georgia"/>
                <w:b/>
                <w:i w:val="0"/>
                <w:sz w:val="24"/>
                <w:u w:val="none"/>
              </w:rPr>
              <w:t>Answer — Specific Denial with Affirmative Defenses</w:t>
            </w:r>
          </w:p>
          <w:p>
            <w:pPr>
              <w:spacing w:after="120"/>
            </w:pPr>
            <w:r>
              <w:rPr>
                <w:rFonts w:ascii="Georgia" w:hAnsi="Georgia" w:cs="Georgia" w:eastAsia="Georgia"/>
                <w:b w:val="0"/>
                <w:i w:val="0"/>
                <w:sz w:val="21"/>
                <w:u w:val="none"/>
              </w:rPr>
              <w:t>This form is a starting point, not a finished legal document. Court rules vary by state and by county. Some courts require their own official forms instead of, or in addition to, a document like this one. Check your local court's rules before you file anything. This form is an educational tool. It is not legal advice about your situation, and using it does not make anyone your lawyer.</w:t>
            </w:r>
          </w:p>
          <w:p>
            <w:pPr>
              <w:spacing w:after="0"/>
            </w:pPr>
            <w:r>
              <w:rPr>
                <w:rFonts w:ascii="Georgia" w:hAnsi="Georgia" w:cs="Georgia" w:eastAsia="Georgia"/>
                <w:b/>
                <w:i w:val="0"/>
                <w:color w:val="B00000"/>
                <w:sz w:val="21"/>
                <w:u w:val="none"/>
              </w:rPr>
              <w:t>Delete this box before you file or send this document.</w:t>
            </w:r>
          </w:p>
        </w:tc>
      </w:tr>
    </w:tbl>
    <w:p/>
    <w:p>
      <w:pPr>
        <w:spacing w:before="0" w:after="120" w:line="276" w:lineRule="auto"/>
      </w:pPr>
      <w:r>
        <w:rPr>
          <w:rFonts w:ascii="Georgia" w:hAnsi="Georgia" w:cs="Georgia" w:eastAsia="Georgia"/>
          <w:b w:val="0"/>
          <w:i w:val="0"/>
          <w:sz w:val="24"/>
          <w:u w:val="none"/>
        </w:rPr>
        <w:t>[NAME OF COURT]</w:t>
      </w:r>
    </w:p>
    <w:p>
      <w:pPr>
        <w:spacing w:before="0" w:after="120" w:line="276" w:lineRule="auto"/>
      </w:pPr>
      <w:r>
        <w:rPr>
          <w:rFonts w:ascii="Georgia" w:hAnsi="Georgia" w:cs="Georgia" w:eastAsia="Georgia"/>
          <w:b w:val="0"/>
          <w:i w:val="0"/>
          <w:sz w:val="24"/>
          <w:u w:val="none"/>
        </w:rPr>
        <w:t>[COUNTY], [STATE]</w:t>
      </w:r>
    </w:p>
    <w:p>
      <w:pPr>
        <w:spacing w:before="0" w:after="120" w:line="276" w:lineRule="auto"/>
      </w:pPr>
    </w:p>
    <w:p>
      <w:pPr>
        <w:spacing w:before="0" w:after="120" w:line="276" w:lineRule="auto"/>
      </w:pPr>
      <w:r>
        <w:rPr>
          <w:rFonts w:ascii="Georgia" w:hAnsi="Georgia" w:cs="Georgia" w:eastAsia="Georgia"/>
          <w:b w:val="0"/>
          <w:i w:val="0"/>
          <w:sz w:val="24"/>
          <w:u w:val="none"/>
        </w:rPr>
        <w:t>[PLAINTIFF NAME],</w:t>
      </w:r>
    </w:p>
    <w:p>
      <w:pPr>
        <w:spacing w:before="0" w:after="120" w:line="276" w:lineRule="auto"/>
      </w:pPr>
      <w:r>
        <w:rPr>
          <w:rFonts w:ascii="Georgia" w:hAnsi="Georgia" w:cs="Georgia" w:eastAsia="Georgia"/>
          <w:b w:val="0"/>
          <w:i w:val="0"/>
          <w:sz w:val="24"/>
          <w:u w:val="none"/>
        </w:rPr>
        <w:t>Plaintiff,</w:t>
      </w:r>
    </w:p>
    <w:p>
      <w:pPr>
        <w:spacing w:before="0" w:after="120" w:line="276" w:lineRule="auto"/>
      </w:pPr>
      <w:r>
        <w:rPr>
          <w:rFonts w:ascii="Georgia" w:hAnsi="Georgia" w:cs="Georgia" w:eastAsia="Georgia"/>
          <w:b w:val="0"/>
          <w:i w:val="0"/>
          <w:sz w:val="24"/>
          <w:u w:val="none"/>
        </w:rPr>
        <w:t>v.                                              Case No. [CASE NUMBER]</w:t>
      </w:r>
    </w:p>
    <w:p>
      <w:pPr>
        <w:spacing w:before="0" w:after="120" w:line="276" w:lineRule="auto"/>
      </w:pPr>
      <w:r>
        <w:rPr>
          <w:rFonts w:ascii="Georgia" w:hAnsi="Georgia" w:cs="Georgia" w:eastAsia="Georgia"/>
          <w:b w:val="0"/>
          <w:i w:val="0"/>
          <w:sz w:val="24"/>
          <w:u w:val="none"/>
        </w:rPr>
        <w:t>[DEFENDANT NAME],</w:t>
      </w:r>
    </w:p>
    <w:p>
      <w:pPr>
        <w:spacing w:before="0" w:after="120" w:line="276" w:lineRule="auto"/>
      </w:pPr>
      <w:r>
        <w:rPr>
          <w:rFonts w:ascii="Georgia" w:hAnsi="Georgia" w:cs="Georgia" w:eastAsia="Georgia"/>
          <w:b w:val="0"/>
          <w:i w:val="0"/>
          <w:sz w:val="24"/>
          <w:u w:val="none"/>
        </w:rPr>
        <w:t>Defendant.</w:t>
      </w:r>
    </w:p>
    <w:p>
      <w:pPr>
        <w:spacing w:before="0" w:after="120" w:line="276" w:lineRule="auto"/>
      </w:pPr>
    </w:p>
    <w:p>
      <w:pPr>
        <w:spacing w:before="0" w:after="120" w:line="276" w:lineRule="auto"/>
      </w:pPr>
      <w:r>
        <w:rPr>
          <w:rFonts w:ascii="Georgia" w:hAnsi="Georgia" w:cs="Georgia" w:eastAsia="Georgia"/>
          <w:b/>
          <w:i w:val="0"/>
          <w:sz w:val="24"/>
          <w:u w:val="none"/>
        </w:rPr>
        <w:t>ANSWER TO COMPLAINT (SPECIFIC DENIAL AND AFFIRMATIVE DEFENSES)</w:t>
      </w:r>
    </w:p>
    <w:p>
      <w:pPr>
        <w:spacing w:before="0" w:after="120" w:line="276" w:lineRule="auto"/>
      </w:pPr>
    </w:p>
    <w:p>
      <w:pPr>
        <w:spacing w:before="0" w:after="120" w:line="276" w:lineRule="auto"/>
      </w:pPr>
      <w:r>
        <w:rPr>
          <w:rFonts w:ascii="Georgia" w:hAnsi="Georgia" w:cs="Georgia" w:eastAsia="Georgia"/>
          <w:b w:val="0"/>
          <w:i w:val="0"/>
          <w:sz w:val="24"/>
          <w:u w:val="none"/>
        </w:rPr>
        <w:t>Defendant [YOUR NAME], appearing without a lawyer (pro se), answers the numbered paragraphs of the Complaint filed by Plaintiff [PLAINTIFF NAME] as follows:</w:t>
      </w:r>
    </w:p>
    <w:p>
      <w:pPr>
        <w:spacing w:before="0" w:after="120" w:line="276" w:lineRule="auto"/>
      </w:pPr>
    </w:p>
    <w:p>
      <w:pPr>
        <w:spacing w:before="0" w:after="120" w:line="276" w:lineRule="auto"/>
      </w:pPr>
      <w:r>
        <w:rPr>
          <w:rFonts w:ascii="Georgia" w:hAnsi="Georgia" w:cs="Georgia" w:eastAsia="Georgia"/>
          <w:b/>
          <w:i w:val="0"/>
          <w:sz w:val="24"/>
          <w:u w:val="none"/>
        </w:rPr>
        <w:t>Response to Allegations</w:t>
      </w:r>
    </w:p>
    <w:p>
      <w:pPr>
        <w:spacing w:before="0" w:after="120" w:line="276" w:lineRule="auto"/>
      </w:pPr>
      <w:r>
        <w:rPr>
          <w:rFonts w:ascii="Georgia" w:hAnsi="Georgia" w:cs="Georgia" w:eastAsia="Georgia"/>
          <w:b w:val="0"/>
          <w:i w:val="0"/>
          <w:sz w:val="24"/>
          <w:u w:val="none"/>
        </w:rPr>
        <w:t>[FOR EACH NUMBERED PARAGRAPH OF THE COMPLAINT, ADD A MATCHING PARAGRAPH BELOW]</w:t>
      </w:r>
    </w:p>
    <w:p>
      <w:pPr>
        <w:spacing w:before="0" w:after="120" w:line="276" w:lineRule="auto"/>
        <w:ind w:left="576" w:hanging="360"/>
      </w:pPr>
      <w:r>
        <w:rPr>
          <w:rFonts w:ascii="Georgia" w:hAnsi="Georgia" w:cs="Georgia" w:eastAsia="Georgia"/>
          <w:b w:val="0"/>
          <w:i w:val="0"/>
          <w:sz w:val="24"/>
          <w:u w:val="none"/>
        </w:rPr>
        <w:t xml:space="preserve">1. </w:t>
      </w:r>
      <w:r>
        <w:rPr>
          <w:rFonts w:ascii="Georgia" w:hAnsi="Georgia" w:cs="Georgia" w:eastAsia="Georgia"/>
          <w:b w:val="0"/>
          <w:i w:val="0"/>
          <w:sz w:val="24"/>
          <w:u w:val="none"/>
        </w:rPr>
        <w:t>In response to Paragraph 1 of the Complaint, Defendant [ADMITS / DENIES / STATES DEFENDANT LACKS ENOUGH INFORMATION TO ADMIT OR DENY, WHICH HAS THE EFFECT OF A DENIAL].</w:t>
      </w:r>
    </w:p>
    <w:p>
      <w:pPr>
        <w:spacing w:before="0" w:after="120" w:line="276" w:lineRule="auto"/>
        <w:ind w:left="576" w:hanging="360"/>
      </w:pPr>
      <w:r>
        <w:rPr>
          <w:rFonts w:ascii="Georgia" w:hAnsi="Georgia" w:cs="Georgia" w:eastAsia="Georgia"/>
          <w:b w:val="0"/>
          <w:i w:val="0"/>
          <w:sz w:val="24"/>
          <w:u w:val="none"/>
        </w:rPr>
        <w:t xml:space="preserve">2. </w:t>
      </w:r>
      <w:r>
        <w:rPr>
          <w:rFonts w:ascii="Georgia" w:hAnsi="Georgia" w:cs="Georgia" w:eastAsia="Georgia"/>
          <w:b w:val="0"/>
          <w:i w:val="0"/>
          <w:sz w:val="24"/>
          <w:u w:val="none"/>
        </w:rPr>
        <w:t>In response to Paragraph 2 of the Complaint, Defendant [ADMITS / DENIES / STATES DEFENDANT LACKS ENOUGH INFORMATION TO ADMIT OR DENY].</w:t>
      </w:r>
    </w:p>
    <w:p>
      <w:pPr>
        <w:spacing w:before="0" w:after="120" w:line="276" w:lineRule="auto"/>
        <w:ind w:left="576" w:hanging="360"/>
      </w:pPr>
      <w:r>
        <w:rPr>
          <w:rFonts w:ascii="Georgia" w:hAnsi="Georgia" w:cs="Georgia" w:eastAsia="Georgia"/>
          <w:b w:val="0"/>
          <w:i w:val="0"/>
          <w:sz w:val="24"/>
          <w:u w:val="none"/>
        </w:rPr>
        <w:t xml:space="preserve">3. </w:t>
      </w:r>
      <w:r>
        <w:rPr>
          <w:rFonts w:ascii="Georgia" w:hAnsi="Georgia" w:cs="Georgia" w:eastAsia="Georgia"/>
          <w:b w:val="0"/>
          <w:i w:val="0"/>
          <w:sz w:val="24"/>
          <w:u w:val="none"/>
        </w:rPr>
        <w:t>[CONTINUE FOR EACH REMAINING PARAGRAPH OF THE COMPLAINT.]</w:t>
      </w:r>
    </w:p>
    <w:p>
      <w:pPr>
        <w:spacing w:before="0" w:after="120" w:line="276" w:lineRule="auto"/>
      </w:pPr>
    </w:p>
    <w:p>
      <w:pPr>
        <w:spacing w:before="0" w:after="120" w:line="276" w:lineRule="auto"/>
      </w:pPr>
      <w:r>
        <w:rPr>
          <w:rFonts w:ascii="Georgia" w:hAnsi="Georgia" w:cs="Georgia" w:eastAsia="Georgia"/>
          <w:b/>
          <w:i w:val="0"/>
          <w:sz w:val="24"/>
          <w:u w:val="none"/>
        </w:rPr>
        <w:t>Affirmative Defenses</w:t>
      </w:r>
    </w:p>
    <w:p>
      <w:pPr>
        <w:spacing w:before="0" w:after="120" w:line="276" w:lineRule="auto"/>
      </w:pPr>
      <w:r>
        <w:rPr>
          <w:rFonts w:ascii="Georgia" w:hAnsi="Georgia" w:cs="Georgia" w:eastAsia="Georgia"/>
          <w:b w:val="0"/>
          <w:i w:val="0"/>
          <w:sz w:val="24"/>
          <w:u w:val="none"/>
        </w:rPr>
        <w:t>Without giving up the denials above, Defendant raises the following affirmative defenses:</w:t>
      </w:r>
    </w:p>
    <w:p>
      <w:pPr>
        <w:spacing w:before="0" w:after="120" w:line="276" w:lineRule="auto"/>
        <w:ind w:left="576" w:hanging="360"/>
      </w:pPr>
      <w:r>
        <w:rPr>
          <w:rFonts w:ascii="Georgia" w:hAnsi="Georgia" w:cs="Georgia" w:eastAsia="Georgia"/>
          <w:b w:val="0"/>
          <w:i w:val="0"/>
          <w:sz w:val="24"/>
          <w:u w:val="none"/>
        </w:rPr>
        <w:t xml:space="preserve">1. </w:t>
      </w:r>
      <w:r>
        <w:rPr>
          <w:rFonts w:ascii="Georgia" w:hAnsi="Georgia" w:cs="Georgia" w:eastAsia="Georgia"/>
          <w:b w:val="0"/>
          <w:i w:val="0"/>
          <w:sz w:val="24"/>
          <w:u w:val="none"/>
        </w:rPr>
        <w:t>Statute of Limitations. Plaintiff's claim is barred, in whole or in part, because it was not filed within the time allowed by [YOUR STATE] law.</w:t>
      </w:r>
    </w:p>
    <w:p>
      <w:pPr>
        <w:spacing w:before="0" w:after="120" w:line="276" w:lineRule="auto"/>
        <w:ind w:left="576" w:hanging="360"/>
      </w:pPr>
      <w:r>
        <w:rPr>
          <w:rFonts w:ascii="Georgia" w:hAnsi="Georgia" w:cs="Georgia" w:eastAsia="Georgia"/>
          <w:b w:val="0"/>
          <w:i w:val="0"/>
          <w:sz w:val="24"/>
          <w:u w:val="none"/>
        </w:rPr>
        <w:t xml:space="preserve">2. </w:t>
      </w:r>
      <w:r>
        <w:rPr>
          <w:rFonts w:ascii="Georgia" w:hAnsi="Georgia" w:cs="Georgia" w:eastAsia="Georgia"/>
          <w:b w:val="0"/>
          <w:i w:val="0"/>
          <w:sz w:val="24"/>
          <w:u w:val="none"/>
        </w:rPr>
        <w:t>Failure to State a Claim. The Complaint does not describe facts that, even if true, would entitle Plaintiff to the relief requested.</w:t>
      </w:r>
    </w:p>
    <w:p>
      <w:pPr>
        <w:spacing w:before="0" w:after="120" w:line="276" w:lineRule="auto"/>
        <w:ind w:left="576" w:hanging="360"/>
      </w:pPr>
      <w:r>
        <w:rPr>
          <w:rFonts w:ascii="Georgia" w:hAnsi="Georgia" w:cs="Georgia" w:eastAsia="Georgia"/>
          <w:b w:val="0"/>
          <w:i w:val="0"/>
          <w:sz w:val="24"/>
          <w:u w:val="none"/>
        </w:rPr>
        <w:t xml:space="preserve">3. </w:t>
      </w:r>
      <w:r>
        <w:rPr>
          <w:rFonts w:ascii="Georgia" w:hAnsi="Georgia" w:cs="Georgia" w:eastAsia="Georgia"/>
          <w:b w:val="0"/>
          <w:i w:val="0"/>
          <w:sz w:val="24"/>
          <w:u w:val="none"/>
        </w:rPr>
        <w:t>Payment / Satisfaction. Defendant already paid or otherwise satisfied the amount claimed, in whole or in part. [DESCRIBE].</w:t>
      </w:r>
    </w:p>
    <w:p>
      <w:pPr>
        <w:spacing w:before="0" w:after="120" w:line="276" w:lineRule="auto"/>
        <w:ind w:left="576" w:hanging="360"/>
      </w:pPr>
      <w:r>
        <w:rPr>
          <w:rFonts w:ascii="Georgia" w:hAnsi="Georgia" w:cs="Georgia" w:eastAsia="Georgia"/>
          <w:b w:val="0"/>
          <w:i w:val="0"/>
          <w:sz w:val="24"/>
          <w:u w:val="none"/>
        </w:rPr>
        <w:t xml:space="preserve">4. </w:t>
      </w:r>
      <w:r>
        <w:rPr>
          <w:rFonts w:ascii="Georgia" w:hAnsi="Georgia" w:cs="Georgia" w:eastAsia="Georgia"/>
          <w:b w:val="0"/>
          <w:i w:val="0"/>
          <w:sz w:val="24"/>
          <w:u w:val="none"/>
        </w:rPr>
        <w:t>Comparative or Contributory Fault. Plaintiff's own actions caused or contributed to the harm claimed.</w:t>
      </w:r>
    </w:p>
    <w:p>
      <w:pPr>
        <w:spacing w:before="0" w:after="120" w:line="276" w:lineRule="auto"/>
        <w:ind w:left="576" w:hanging="360"/>
      </w:pPr>
      <w:r>
        <w:rPr>
          <w:rFonts w:ascii="Georgia" w:hAnsi="Georgia" w:cs="Georgia" w:eastAsia="Georgia"/>
          <w:b w:val="0"/>
          <w:i w:val="0"/>
          <w:sz w:val="24"/>
          <w:u w:val="none"/>
        </w:rPr>
        <w:t xml:space="preserve">5. </w:t>
      </w:r>
      <w:r>
        <w:rPr>
          <w:rFonts w:ascii="Georgia" w:hAnsi="Georgia" w:cs="Georgia" w:eastAsia="Georgia"/>
          <w:b w:val="0"/>
          <w:i w:val="0"/>
          <w:sz w:val="24"/>
          <w:u w:val="none"/>
        </w:rPr>
        <w:t>Failure to Mitigate Damages. Plaintiff failed to take reasonable steps to reduce the amount of damages claimed.</w:t>
      </w:r>
    </w:p>
    <w:p>
      <w:pPr>
        <w:spacing w:before="0" w:after="120" w:line="276" w:lineRule="auto"/>
        <w:ind w:left="576" w:hanging="360"/>
      </w:pPr>
      <w:r>
        <w:rPr>
          <w:rFonts w:ascii="Georgia" w:hAnsi="Georgia" w:cs="Georgia" w:eastAsia="Georgia"/>
          <w:b w:val="0"/>
          <w:i w:val="0"/>
          <w:sz w:val="24"/>
          <w:u w:val="none"/>
        </w:rPr>
        <w:t xml:space="preserve">6. </w:t>
      </w:r>
      <w:r>
        <w:rPr>
          <w:rFonts w:ascii="Georgia" w:hAnsi="Georgia" w:cs="Georgia" w:eastAsia="Georgia"/>
          <w:b w:val="0"/>
          <w:i w:val="0"/>
          <w:sz w:val="24"/>
          <w:u w:val="none"/>
        </w:rPr>
        <w:t>[ADD ANY OTHER DEFENSE THAT APPLIES TO YOUR CASE.]</w:t>
      </w:r>
    </w:p>
    <w:p>
      <w:pPr>
        <w:spacing w:before="0" w:after="120" w:line="276" w:lineRule="auto"/>
      </w:pPr>
    </w:p>
    <w:p>
      <w:pPr>
        <w:spacing w:before="0" w:after="120" w:line="276" w:lineRule="auto"/>
      </w:pPr>
      <w:r>
        <w:rPr>
          <w:rFonts w:ascii="Georgia" w:hAnsi="Georgia" w:cs="Georgia" w:eastAsia="Georgia"/>
          <w:b w:val="0"/>
          <w:i w:val="0"/>
          <w:sz w:val="24"/>
          <w:u w:val="none"/>
        </w:rPr>
        <w:t>Wherefore, Defendant asks the Court to dismiss the Complaint, deny all relief requested by Plaintiff, and award Defendant costs as allowed by law.</w:t>
      </w:r>
    </w:p>
    <w:p>
      <w:pPr>
        <w:spacing w:before="0" w:after="120" w:line="276" w:lineRule="auto"/>
      </w:pPr>
    </w:p>
    <w:p>
      <w:pPr>
        <w:spacing w:before="0" w:after="120" w:line="276" w:lineRule="auto"/>
      </w:pPr>
      <w:r>
        <w:rPr>
          <w:rFonts w:ascii="Georgia" w:hAnsi="Georgia" w:cs="Georgia" w:eastAsia="Georgia"/>
          <w:b w:val="0"/>
          <w:i w:val="0"/>
          <w:sz w:val="24"/>
          <w:u w:val="none"/>
        </w:rPr>
        <w:t>Respectfully submitted,</w:t>
      </w:r>
    </w:p>
    <w:p>
      <w:pPr>
        <w:spacing w:before="0" w:after="120" w:line="276" w:lineRule="auto"/>
      </w:pPr>
    </w:p>
    <w:p>
      <w:pPr>
        <w:spacing w:before="0" w:after="120" w:line="276" w:lineRule="auto"/>
      </w:pPr>
      <w:r>
        <w:rPr>
          <w:rFonts w:ascii="Georgia" w:hAnsi="Georgia" w:cs="Georgia" w:eastAsia="Georgia"/>
          <w:b w:val="0"/>
          <w:i w:val="0"/>
          <w:sz w:val="24"/>
          <w:u w:val="none"/>
        </w:rPr>
        <w:t>________________________</w:t>
      </w:r>
    </w:p>
    <w:p>
      <w:pPr>
        <w:spacing w:before="0" w:after="120" w:line="276" w:lineRule="auto"/>
      </w:pPr>
      <w:r>
        <w:rPr>
          <w:rFonts w:ascii="Georgia" w:hAnsi="Georgia" w:cs="Georgia" w:eastAsia="Georgia"/>
          <w:b w:val="0"/>
          <w:i w:val="0"/>
          <w:sz w:val="24"/>
          <w:u w:val="none"/>
        </w:rPr>
        <w:t>[YOUR NAME]</w:t>
      </w:r>
    </w:p>
    <w:p>
      <w:pPr>
        <w:spacing w:before="0" w:after="120" w:line="276" w:lineRule="auto"/>
      </w:pPr>
      <w:r>
        <w:rPr>
          <w:rFonts w:ascii="Georgia" w:hAnsi="Georgia" w:cs="Georgia" w:eastAsia="Georgia"/>
          <w:b w:val="0"/>
          <w:i w:val="0"/>
          <w:sz w:val="24"/>
          <w:u w:val="none"/>
        </w:rPr>
        <w:t>[YOUR ADDRESS]</w:t>
      </w:r>
    </w:p>
    <w:p>
      <w:pPr>
        <w:spacing w:before="0" w:after="120" w:line="276" w:lineRule="auto"/>
      </w:pPr>
      <w:r>
        <w:rPr>
          <w:rFonts w:ascii="Georgia" w:hAnsi="Georgia" w:cs="Georgia" w:eastAsia="Georgia"/>
          <w:b w:val="0"/>
          <w:i w:val="0"/>
          <w:sz w:val="24"/>
          <w:u w:val="none"/>
        </w:rPr>
        <w:t>[YOUR CITY, STATE, ZIP]</w:t>
      </w:r>
    </w:p>
    <w:p>
      <w:pPr>
        <w:spacing w:before="0" w:after="120" w:line="276" w:lineRule="auto"/>
      </w:pPr>
      <w:r>
        <w:rPr>
          <w:rFonts w:ascii="Georgia" w:hAnsi="Georgia" w:cs="Georgia" w:eastAsia="Georgia"/>
          <w:b w:val="0"/>
          <w:i w:val="0"/>
          <w:sz w:val="24"/>
          <w:u w:val="none"/>
        </w:rPr>
        <w:t>[YOUR PHONE NUMBER]</w:t>
      </w:r>
    </w:p>
    <w:p>
      <w:pPr>
        <w:spacing w:before="0" w:after="120" w:line="276" w:lineRule="auto"/>
      </w:pPr>
      <w:r>
        <w:rPr>
          <w:rFonts w:ascii="Georgia" w:hAnsi="Georgia" w:cs="Georgia" w:eastAsia="Georgia"/>
          <w:b w:val="0"/>
          <w:i w:val="0"/>
          <w:sz w:val="24"/>
          <w:u w:val="none"/>
        </w:rPr>
        <w:t>[YOUR EMAIL ADDRESS]</w:t>
      </w:r>
    </w:p>
    <w:p>
      <w:pPr>
        <w:spacing w:before="0" w:after="120" w:line="276" w:lineRule="auto"/>
      </w:pPr>
      <w:r>
        <w:rPr>
          <w:rFonts w:ascii="Georgia" w:hAnsi="Georgia" w:cs="Georgia" w:eastAsia="Georgia"/>
          <w:b w:val="0"/>
          <w:i w:val="0"/>
          <w:sz w:val="24"/>
          <w:u w:val="none"/>
        </w:rPr>
        <w:t>Defendant, Pro Se</w:t>
      </w:r>
    </w:p>
    <w:p>
      <w:pPr>
        <w:spacing w:before="0" w:after="120" w:line="276" w:lineRule="auto"/>
      </w:pPr>
    </w:p>
    <w:p>
      <w:pPr>
        <w:spacing w:before="0" w:after="120" w:line="276" w:lineRule="auto"/>
      </w:pPr>
      <w:r>
        <w:rPr>
          <w:rFonts w:ascii="Georgia" w:hAnsi="Georgia" w:cs="Georgia" w:eastAsia="Georgia"/>
          <w:b/>
          <w:i w:val="0"/>
          <w:sz w:val="24"/>
          <w:u w:val="none"/>
        </w:rPr>
        <w:t>Certificate of Service</w:t>
      </w:r>
    </w:p>
    <w:p>
      <w:pPr>
        <w:spacing w:before="0" w:after="120" w:line="276" w:lineRule="auto"/>
      </w:pPr>
      <w:r>
        <w:rPr>
          <w:rFonts w:ascii="Georgia" w:hAnsi="Georgia" w:cs="Georgia" w:eastAsia="Georgia"/>
          <w:b w:val="0"/>
          <w:i w:val="0"/>
          <w:sz w:val="24"/>
          <w:u w:val="none"/>
        </w:rPr>
        <w:t>I certify that on [DATE], I sent a copy of this document to [PLAINTIFF NAME / OPPOSING PARTY'S NAME] by [METHOD OF SERVICE, e.g., first-class mail, email, hand delivery] at [OPPOSING PARTY'S ADDRESS OR EMAIL].</w:t>
      </w:r>
    </w:p>
    <w:p>
      <w:pPr>
        <w:spacing w:before="0" w:after="120" w:line="276" w:lineRule="auto"/>
      </w:pPr>
    </w:p>
    <w:p>
      <w:pPr>
        <w:spacing w:before="0" w:after="120" w:line="276" w:lineRule="auto"/>
      </w:pPr>
      <w:r>
        <w:rPr>
          <w:rFonts w:ascii="Georgia" w:hAnsi="Georgia" w:cs="Georgia" w:eastAsia="Georgia"/>
          <w:b w:val="0"/>
          <w:i w:val="0"/>
          <w:sz w:val="24"/>
          <w:u w:val="none"/>
        </w:rPr>
        <w:t>________________________</w:t>
      </w:r>
    </w:p>
    <w:p>
      <w:pPr>
        <w:spacing w:before="0" w:after="120" w:line="276" w:lineRule="auto"/>
      </w:pPr>
      <w:r>
        <w:rPr>
          <w:rFonts w:ascii="Georgia" w:hAnsi="Georgia" w:cs="Georgia" w:eastAsia="Georgia"/>
          <w:b w:val="0"/>
          <w:i w:val="0"/>
          <w:sz w:val="24"/>
          <w:u w:val="none"/>
        </w:rPr>
        <w:t>[YOUR NAME]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eastAsia="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Answer — Specific Denial with Affirmative Defenses</dc:title>
  <dc:subject/>
  <dc:creator>Tim Wooten</dc:creator>
  <cp:keywords/>
  <dc:description>From SUED: How to Defend Yourself in Small Claims Court Without a Lawyer — and Win. Free form — withoutalawyerpress.com/forms</dc:description>
  <cp:lastModifiedBy/>
  <cp:revision>1</cp:revision>
  <dcterms:created xsi:type="dcterms:W3CDTF">2013-12-23T23:15:00Z</dcterms:created>
  <dcterms:modified xsi:type="dcterms:W3CDTF">2013-12-23T23:15:00Z</dcterms:modified>
  <cp:category/>
</cp:coreProperties>
</file>